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6F4D9" w14:textId="6120737D" w:rsidR="001F1F3A" w:rsidRPr="001F1F3A" w:rsidRDefault="001F1F3A" w:rsidP="001E0E77">
      <w:pPr>
        <w:bidi/>
        <w:spacing w:after="20"/>
        <w:jc w:val="center"/>
        <w:rPr>
          <w:rFonts w:cs="B Nazanin"/>
          <w:bCs/>
          <w:color w:val="000000" w:themeColor="text1"/>
          <w:sz w:val="36"/>
          <w:szCs w:val="24"/>
          <w:rtl/>
        </w:rPr>
      </w:pPr>
      <w:r w:rsidRPr="001F1F3A">
        <w:rPr>
          <w:rFonts w:cs="B Nazanin" w:hint="cs"/>
          <w:bCs/>
          <w:color w:val="000000" w:themeColor="text1"/>
          <w:sz w:val="36"/>
          <w:szCs w:val="24"/>
          <w:rtl/>
        </w:rPr>
        <w:t>بسمه تعالی</w:t>
      </w:r>
    </w:p>
    <w:p w14:paraId="5FB72A0C" w14:textId="77777777" w:rsidR="001F1F3A" w:rsidRDefault="001F1F3A" w:rsidP="001F1F3A">
      <w:pPr>
        <w:bidi/>
        <w:spacing w:after="20"/>
        <w:rPr>
          <w:b/>
          <w:color w:val="1F4E79"/>
          <w:sz w:val="34"/>
          <w:rtl/>
        </w:rPr>
      </w:pPr>
    </w:p>
    <w:p w14:paraId="199C75E3" w14:textId="77777777" w:rsidR="001F1F3A" w:rsidRDefault="001F1F3A" w:rsidP="001F1F3A">
      <w:pPr>
        <w:bidi/>
        <w:spacing w:after="20"/>
        <w:jc w:val="center"/>
        <w:rPr>
          <w:rFonts w:ascii="Times New Roman" w:hAnsi="Times New Roman" w:cs="Times New Roman"/>
          <w:bCs/>
          <w:color w:val="5F497A" w:themeColor="accent4" w:themeShade="BF"/>
          <w:sz w:val="48"/>
          <w:szCs w:val="36"/>
          <w:rtl/>
        </w:rPr>
      </w:pPr>
    </w:p>
    <w:p w14:paraId="330F8140" w14:textId="35A4B2F2" w:rsidR="001F1F3A" w:rsidRPr="008C4131" w:rsidRDefault="001F1F3A" w:rsidP="001F1F3A">
      <w:pPr>
        <w:bidi/>
        <w:spacing w:after="20"/>
        <w:jc w:val="center"/>
        <w:rPr>
          <w:rFonts w:ascii="Times New Roman" w:hAnsi="Times New Roman" w:cs="B Nazanin"/>
          <w:bCs/>
          <w:color w:val="000000" w:themeColor="text1"/>
          <w:sz w:val="48"/>
          <w:szCs w:val="36"/>
          <w:rtl/>
        </w:rPr>
      </w:pPr>
      <w:r w:rsidRPr="008C4131">
        <w:rPr>
          <w:rFonts w:ascii="Times New Roman" w:hAnsi="Times New Roman" w:cs="B Nazanin" w:hint="cs"/>
          <w:bCs/>
          <w:color w:val="000000" w:themeColor="text1"/>
          <w:sz w:val="48"/>
          <w:szCs w:val="36"/>
          <w:rtl/>
        </w:rPr>
        <w:t>فرم</w:t>
      </w:r>
      <w:r w:rsidRPr="008C4131">
        <w:rPr>
          <w:rFonts w:ascii="Aharoni" w:hAnsi="Aharoni" w:cs="B Nazanin"/>
          <w:bCs/>
          <w:color w:val="000000" w:themeColor="text1"/>
          <w:sz w:val="48"/>
          <w:szCs w:val="36"/>
          <w:rtl/>
        </w:rPr>
        <w:t xml:space="preserve"> </w:t>
      </w:r>
      <w:r w:rsidRPr="008C4131">
        <w:rPr>
          <w:rFonts w:ascii="Times New Roman" w:hAnsi="Times New Roman" w:cs="B Nazanin" w:hint="cs"/>
          <w:bCs/>
          <w:color w:val="000000" w:themeColor="text1"/>
          <w:sz w:val="48"/>
          <w:szCs w:val="36"/>
          <w:rtl/>
        </w:rPr>
        <w:t>عضویت</w:t>
      </w:r>
    </w:p>
    <w:p w14:paraId="38C0B2C1" w14:textId="66C2181A" w:rsidR="008C4131" w:rsidRPr="008C4131" w:rsidRDefault="008C4131" w:rsidP="008C4131">
      <w:pPr>
        <w:bidi/>
        <w:spacing w:after="20"/>
        <w:jc w:val="center"/>
        <w:rPr>
          <w:rFonts w:asciiTheme="majorBidi" w:hAnsiTheme="majorBidi" w:cs="B Nazanin"/>
          <w:bCs/>
          <w:color w:val="403152" w:themeColor="accent4" w:themeShade="80"/>
          <w:sz w:val="44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C4131">
        <w:rPr>
          <w:rFonts w:asciiTheme="majorBidi" w:hAnsiTheme="majorBidi" w:cs="B Nazanin"/>
          <w:bCs/>
          <w:color w:val="403152" w:themeColor="accent4" w:themeShade="80"/>
          <w:sz w:val="44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کمیته زنان</w:t>
      </w:r>
      <w:r w:rsidRPr="008C4131">
        <w:rPr>
          <w:rFonts w:asciiTheme="majorBidi" w:hAnsiTheme="majorBidi" w:cs="B Nazanin" w:hint="cs"/>
          <w:bCs/>
          <w:color w:val="403152" w:themeColor="accent4" w:themeShade="80"/>
          <w:sz w:val="44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C4131">
        <w:rPr>
          <w:rFonts w:asciiTheme="majorBidi" w:hAnsiTheme="majorBidi" w:cs="B Nazanin"/>
          <w:bCs/>
          <w:color w:val="403152" w:themeColor="accent4" w:themeShade="80"/>
          <w:sz w:val="44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در مهندسی </w:t>
      </w:r>
      <w:r>
        <w:rPr>
          <w:rFonts w:asciiTheme="majorBidi" w:hAnsiTheme="majorBidi" w:cs="B Nazanin"/>
          <w:bCs/>
          <w:color w:val="403152" w:themeColor="accent4" w:themeShade="80"/>
          <w:sz w:val="44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C4131">
        <w:rPr>
          <w:rFonts w:asciiTheme="majorBidi" w:hAnsiTheme="majorBidi" w:cs="B Nazanin"/>
          <w:bCs/>
          <w:color w:val="403152" w:themeColor="accent4" w:themeShade="80"/>
          <w:sz w:val="40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IEEE</w:t>
      </w:r>
      <w:r w:rsidRPr="008C4131">
        <w:rPr>
          <w:rFonts w:asciiTheme="majorBidi" w:hAnsiTheme="majorBidi" w:cs="B Nazanin"/>
          <w:bCs/>
          <w:color w:val="403152" w:themeColor="accent4" w:themeShade="80"/>
          <w:sz w:val="44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بخش ایران</w:t>
      </w:r>
    </w:p>
    <w:p w14:paraId="3EF8BDC2" w14:textId="7F4E9C26" w:rsidR="001F1F3A" w:rsidRPr="00DA2784" w:rsidRDefault="001F1F3A" w:rsidP="00DA2784">
      <w:pPr>
        <w:bidi/>
        <w:spacing w:after="160"/>
        <w:jc w:val="center"/>
        <w:rPr>
          <w:rFonts w:asciiTheme="majorBidi" w:hAnsiTheme="majorBidi" w:cs="B Nazanin"/>
          <w:b/>
          <w:sz w:val="28"/>
          <w:szCs w:val="28"/>
          <w:rtl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F1F3A">
        <w:rPr>
          <w:rFonts w:asciiTheme="majorBidi" w:hAnsiTheme="majorBidi" w:cs="B Nazanin"/>
          <w:b/>
          <w:sz w:val="28"/>
          <w:szCs w:val="2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Women In Engineering (WIE)</w:t>
      </w:r>
    </w:p>
    <w:p w14:paraId="7ED12C30" w14:textId="0C8FB9AC" w:rsidR="00DA2784" w:rsidRPr="00DA2784" w:rsidRDefault="00DA2784" w:rsidP="00DA2784">
      <w:pPr>
        <w:bidi/>
        <w:spacing w:after="0"/>
        <w:rPr>
          <w:rFonts w:cs="B Nazanin"/>
          <w:b/>
          <w:bCs/>
          <w:color w:val="403152" w:themeColor="accent4" w:themeShade="80"/>
          <w:sz w:val="28"/>
          <w:szCs w:val="28"/>
          <w:rtl/>
        </w:rPr>
      </w:pPr>
      <w:r w:rsidRPr="00DA2784">
        <w:rPr>
          <w:rFonts w:cs="B Nazanin" w:hint="cs"/>
          <w:b/>
          <w:bCs/>
          <w:color w:val="403152" w:themeColor="accent4" w:themeShade="80"/>
          <w:sz w:val="28"/>
          <w:szCs w:val="28"/>
          <w:rtl/>
        </w:rPr>
        <w:t>معرفی کمیته:</w:t>
      </w:r>
    </w:p>
    <w:p w14:paraId="079F2B99" w14:textId="5D111F10" w:rsidR="0012713D" w:rsidRPr="006C259F" w:rsidRDefault="00DA2784" w:rsidP="006C259F">
      <w:pPr>
        <w:bidi/>
        <w:spacing w:after="160"/>
        <w:jc w:val="both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DA2784">
        <w:rPr>
          <w:rFonts w:asciiTheme="majorBidi" w:hAnsiTheme="majorBidi" w:cs="B Nazanin"/>
          <w:b/>
          <w:bCs/>
          <w:color w:val="403152" w:themeColor="accent4" w:themeShade="80"/>
          <w:sz w:val="24"/>
          <w:szCs w:val="24"/>
          <w:rtl/>
          <w:lang w:bidi="fa-IR"/>
        </w:rPr>
        <w:t xml:space="preserve">کمیته زنان در مهندسی </w:t>
      </w:r>
      <w:r w:rsidR="0012713D" w:rsidRPr="006C259F">
        <w:rPr>
          <w:rFonts w:asciiTheme="majorBidi" w:hAnsiTheme="majorBidi" w:cs="B Nazanin"/>
          <w:b/>
          <w:bCs/>
          <w:color w:val="403152" w:themeColor="accent4" w:themeShade="80"/>
          <w:sz w:val="24"/>
          <w:szCs w:val="24"/>
        </w:rPr>
        <w:t>(</w:t>
      </w:r>
      <w:r w:rsidRPr="00DA2784">
        <w:rPr>
          <w:rFonts w:asciiTheme="majorBidi" w:hAnsiTheme="majorBidi" w:cs="B Nazanin"/>
          <w:b/>
          <w:bCs/>
          <w:color w:val="403152" w:themeColor="accent4" w:themeShade="80"/>
          <w:sz w:val="24"/>
          <w:szCs w:val="24"/>
        </w:rPr>
        <w:t>WIE)</w:t>
      </w:r>
      <w:r w:rsidR="0012713D" w:rsidRPr="006C259F">
        <w:rPr>
          <w:rFonts w:asciiTheme="majorBidi" w:hAnsiTheme="majorBidi" w:cs="B Nazanin" w:hint="cs"/>
          <w:b/>
          <w:bCs/>
          <w:color w:val="403152" w:themeColor="accent4" w:themeShade="80"/>
          <w:sz w:val="24"/>
          <w:szCs w:val="24"/>
          <w:rtl/>
          <w:lang w:bidi="fa-IR"/>
        </w:rPr>
        <w:t xml:space="preserve"> </w:t>
      </w:r>
      <w:r w:rsidRPr="00DA2784">
        <w:rPr>
          <w:rFonts w:asciiTheme="majorBidi" w:hAnsiTheme="majorBidi" w:cs="B Nazanin"/>
          <w:b/>
          <w:bCs/>
          <w:color w:val="403152" w:themeColor="accent4" w:themeShade="80"/>
          <w:sz w:val="24"/>
          <w:szCs w:val="24"/>
          <w:rtl/>
          <w:lang w:bidi="fa-IR"/>
        </w:rPr>
        <w:t>یک جنبش جهانی و تأثیرگذار است که با هدف توانمندسازی زنان در حوزه‌های علوم، فناوری، مهندسی و ریاضیات</w:t>
      </w:r>
      <w:r w:rsidRPr="00DA2784">
        <w:rPr>
          <w:rFonts w:asciiTheme="majorBidi" w:hAnsiTheme="majorBidi" w:cs="B Nazanin"/>
          <w:b/>
          <w:bCs/>
          <w:color w:val="403152" w:themeColor="accent4" w:themeShade="80"/>
          <w:sz w:val="24"/>
          <w:szCs w:val="24"/>
        </w:rPr>
        <w:t xml:space="preserve"> </w:t>
      </w:r>
      <w:r w:rsidRPr="00DA2784">
        <w:rPr>
          <w:rFonts w:asciiTheme="majorBidi" w:hAnsiTheme="majorBidi" w:cs="B Nazanin"/>
          <w:b/>
          <w:bCs/>
          <w:color w:val="403152" w:themeColor="accent4" w:themeShade="80"/>
          <w:sz w:val="24"/>
          <w:szCs w:val="24"/>
          <w:rtl/>
          <w:lang w:bidi="fa-IR"/>
        </w:rPr>
        <w:t xml:space="preserve">تأسیس شده است. این کمیته متشکل از اساتید،‌ مهندسین، دانشجویان و پژوهشگران زن است که از طریق شبکه‌سازی، مربی‌گری، توسعه رهبری و برگزاری فعالیت‌های آموزشی و حرفه‌ای، به ایجاد فرصت‌های برابر و افزایش مشارکت زنان </w:t>
      </w:r>
      <w:r w:rsidR="006C259F" w:rsidRPr="006C259F">
        <w:rPr>
          <w:rFonts w:cs="B Nazanin"/>
          <w:b/>
          <w:bCs/>
          <w:color w:val="403152" w:themeColor="accent4" w:themeShade="80"/>
          <w:sz w:val="22"/>
          <w:rtl/>
          <w:lang w:bidi="fa-IR"/>
        </w:rPr>
        <w:t>در تمام سطوح مهندسی، از تحصیل تا رهبری</w:t>
      </w:r>
      <w:r w:rsidR="006C259F" w:rsidRPr="006C259F">
        <w:rPr>
          <w:rFonts w:cs="B Nazanin" w:hint="cs"/>
          <w:b/>
          <w:bCs/>
          <w:color w:val="403152" w:themeColor="accent4" w:themeShade="80"/>
          <w:sz w:val="22"/>
          <w:rtl/>
          <w:lang w:bidi="fa-IR"/>
        </w:rPr>
        <w:t>،</w:t>
      </w:r>
      <w:r w:rsidR="006C259F" w:rsidRPr="006C259F">
        <w:rPr>
          <w:rFonts w:asciiTheme="majorBidi" w:hAnsiTheme="majorBidi" w:cs="B Nazanin"/>
          <w:b/>
          <w:bCs/>
          <w:color w:val="403152" w:themeColor="accent4" w:themeShade="80"/>
          <w:sz w:val="24"/>
          <w:szCs w:val="24"/>
          <w:rtl/>
          <w:lang w:bidi="fa-IR"/>
        </w:rPr>
        <w:t xml:space="preserve"> </w:t>
      </w:r>
      <w:r w:rsidRPr="00DA2784">
        <w:rPr>
          <w:rFonts w:asciiTheme="majorBidi" w:hAnsiTheme="majorBidi" w:cs="B Nazanin"/>
          <w:b/>
          <w:bCs/>
          <w:color w:val="403152" w:themeColor="accent4" w:themeShade="80"/>
          <w:sz w:val="24"/>
          <w:szCs w:val="24"/>
          <w:rtl/>
          <w:lang w:bidi="fa-IR"/>
        </w:rPr>
        <w:t>می‌پردازد</w:t>
      </w:r>
      <w:r w:rsidRPr="00DA2784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 xml:space="preserve">. </w:t>
      </w:r>
    </w:p>
    <w:p w14:paraId="0ABA0E34" w14:textId="77777777" w:rsidR="006C259F" w:rsidRPr="006C259F" w:rsidRDefault="006C259F" w:rsidP="006C259F">
      <w:pPr>
        <w:bidi/>
        <w:spacing w:after="160"/>
        <w:jc w:val="both"/>
        <w:rPr>
          <w:rFonts w:asciiTheme="majorBidi" w:hAnsiTheme="majorBidi" w:cs="B Nazanin"/>
          <w:sz w:val="26"/>
          <w:szCs w:val="26"/>
          <w:rtl/>
          <w:lang w:bidi="fa-IR"/>
        </w:rPr>
      </w:pPr>
    </w:p>
    <w:p w14:paraId="7F5FBF2C" w14:textId="77777777" w:rsidR="006364AB" w:rsidRPr="006364AB" w:rsidRDefault="006364AB" w:rsidP="006364AB">
      <w:pPr>
        <w:bidi/>
        <w:spacing w:after="0"/>
        <w:rPr>
          <w:rFonts w:cs="B Nazanin"/>
          <w:sz w:val="28"/>
          <w:szCs w:val="28"/>
        </w:rPr>
      </w:pPr>
      <w:r w:rsidRPr="006364AB">
        <w:rPr>
          <w:rFonts w:cs="B Nazanin"/>
          <w:sz w:val="28"/>
          <w:szCs w:val="28"/>
          <w:rtl/>
        </w:rPr>
        <w:t>ا</w:t>
      </w:r>
      <w:r w:rsidRPr="006364AB">
        <w:rPr>
          <w:rFonts w:cs="B Nazanin" w:hint="cs"/>
          <w:sz w:val="28"/>
          <w:szCs w:val="28"/>
          <w:rtl/>
        </w:rPr>
        <w:t>ین</w:t>
      </w:r>
      <w:r w:rsidRPr="006364AB">
        <w:rPr>
          <w:rFonts w:cs="B Nazanin"/>
          <w:sz w:val="28"/>
          <w:szCs w:val="28"/>
          <w:rtl/>
        </w:rPr>
        <w:t xml:space="preserve"> فرم برا</w:t>
      </w:r>
      <w:r w:rsidRPr="006364AB">
        <w:rPr>
          <w:rFonts w:cs="B Nazanin" w:hint="cs"/>
          <w:sz w:val="28"/>
          <w:szCs w:val="28"/>
          <w:rtl/>
        </w:rPr>
        <w:t>ی</w:t>
      </w:r>
      <w:r w:rsidRPr="006364AB">
        <w:rPr>
          <w:rFonts w:cs="B Nazanin"/>
          <w:sz w:val="28"/>
          <w:szCs w:val="28"/>
          <w:rtl/>
        </w:rPr>
        <w:t xml:space="preserve"> شناسا</w:t>
      </w:r>
      <w:r w:rsidRPr="006364AB">
        <w:rPr>
          <w:rFonts w:cs="B Nazanin" w:hint="cs"/>
          <w:sz w:val="28"/>
          <w:szCs w:val="28"/>
          <w:rtl/>
        </w:rPr>
        <w:t>یی</w:t>
      </w:r>
      <w:r w:rsidRPr="006364AB">
        <w:rPr>
          <w:rFonts w:cs="B Nazanin"/>
          <w:sz w:val="28"/>
          <w:szCs w:val="28"/>
          <w:rtl/>
        </w:rPr>
        <w:t xml:space="preserve"> علاقه‌مندان به عضو</w:t>
      </w:r>
      <w:r w:rsidRPr="006364AB">
        <w:rPr>
          <w:rFonts w:cs="B Nazanin" w:hint="cs"/>
          <w:sz w:val="28"/>
          <w:szCs w:val="28"/>
          <w:rtl/>
        </w:rPr>
        <w:t>یت،</w:t>
      </w:r>
      <w:r w:rsidRPr="006364AB">
        <w:rPr>
          <w:rFonts w:cs="B Nazanin"/>
          <w:sz w:val="28"/>
          <w:szCs w:val="28"/>
          <w:rtl/>
        </w:rPr>
        <w:t xml:space="preserve"> همکار</w:t>
      </w:r>
      <w:r w:rsidRPr="006364AB">
        <w:rPr>
          <w:rFonts w:cs="B Nazanin" w:hint="cs"/>
          <w:sz w:val="28"/>
          <w:szCs w:val="28"/>
          <w:rtl/>
        </w:rPr>
        <w:t>ی</w:t>
      </w:r>
      <w:r w:rsidRPr="006364AB">
        <w:rPr>
          <w:rFonts w:cs="B Nazanin"/>
          <w:sz w:val="28"/>
          <w:szCs w:val="28"/>
          <w:rtl/>
        </w:rPr>
        <w:t xml:space="preserve"> داوطلبانه و مشارکت در برنامه‌ها</w:t>
      </w:r>
      <w:r w:rsidRPr="006364AB">
        <w:rPr>
          <w:rFonts w:cs="B Nazanin" w:hint="cs"/>
          <w:sz w:val="28"/>
          <w:szCs w:val="28"/>
          <w:rtl/>
        </w:rPr>
        <w:t>ی</w:t>
      </w:r>
      <w:r w:rsidRPr="006364AB">
        <w:rPr>
          <w:rFonts w:cs="B Nazanin"/>
          <w:sz w:val="28"/>
          <w:szCs w:val="28"/>
          <w:rtl/>
        </w:rPr>
        <w:t xml:space="preserve"> کم</w:t>
      </w:r>
      <w:r w:rsidRPr="006364AB">
        <w:rPr>
          <w:rFonts w:cs="B Nazanin" w:hint="cs"/>
          <w:sz w:val="28"/>
          <w:szCs w:val="28"/>
          <w:rtl/>
        </w:rPr>
        <w:t>یته</w:t>
      </w:r>
      <w:r w:rsidRPr="006364AB">
        <w:rPr>
          <w:rFonts w:cs="B Nazanin"/>
          <w:sz w:val="28"/>
          <w:szCs w:val="28"/>
          <w:rtl/>
        </w:rPr>
        <w:t xml:space="preserve"> ته</w:t>
      </w:r>
      <w:r w:rsidRPr="006364AB">
        <w:rPr>
          <w:rFonts w:cs="B Nazanin" w:hint="cs"/>
          <w:sz w:val="28"/>
          <w:szCs w:val="28"/>
          <w:rtl/>
        </w:rPr>
        <w:t>یه</w:t>
      </w:r>
      <w:r w:rsidRPr="006364AB">
        <w:rPr>
          <w:rFonts w:cs="B Nazanin"/>
          <w:sz w:val="28"/>
          <w:szCs w:val="28"/>
          <w:rtl/>
        </w:rPr>
        <w:t xml:space="preserve"> شده است.</w:t>
      </w:r>
    </w:p>
    <w:p w14:paraId="42DF218F" w14:textId="1EBFA9A6" w:rsidR="00C51C5E" w:rsidRPr="006C259F" w:rsidRDefault="006364AB" w:rsidP="006C259F">
      <w:pPr>
        <w:bidi/>
        <w:spacing w:after="160"/>
        <w:jc w:val="right"/>
        <w:rPr>
          <w:rFonts w:cs="B Nazanin"/>
          <w:sz w:val="24"/>
          <w:szCs w:val="24"/>
        </w:rPr>
      </w:pPr>
      <w:r w:rsidRPr="006364AB">
        <w:rPr>
          <w:rFonts w:cs="B Nazanin" w:hint="cs"/>
          <w:sz w:val="24"/>
          <w:szCs w:val="24"/>
          <w:rtl/>
        </w:rPr>
        <w:t>تاریخ</w:t>
      </w:r>
      <w:r w:rsidRPr="006364AB">
        <w:rPr>
          <w:rFonts w:cs="B Nazanin"/>
          <w:sz w:val="24"/>
          <w:szCs w:val="24"/>
          <w:rtl/>
        </w:rPr>
        <w:t xml:space="preserve"> تکم</w:t>
      </w:r>
      <w:r w:rsidRPr="006364AB">
        <w:rPr>
          <w:rFonts w:cs="B Nazanin" w:hint="cs"/>
          <w:sz w:val="24"/>
          <w:szCs w:val="24"/>
          <w:rtl/>
        </w:rPr>
        <w:t>یل</w:t>
      </w:r>
      <w:r w:rsidRPr="006364AB">
        <w:rPr>
          <w:rFonts w:cs="B Nazanin"/>
          <w:sz w:val="24"/>
          <w:szCs w:val="24"/>
          <w:rtl/>
        </w:rPr>
        <w:t xml:space="preserve"> فرم:</w:t>
      </w:r>
      <w:r>
        <w:rPr>
          <w:rFonts w:cs="B Nazanin"/>
          <w:sz w:val="24"/>
          <w:szCs w:val="24"/>
          <w:rtl/>
        </w:rPr>
        <w:tab/>
      </w:r>
      <w:r w:rsidRPr="006364AB">
        <w:rPr>
          <w:rFonts w:cs="B Nazanin"/>
          <w:sz w:val="24"/>
          <w:szCs w:val="24"/>
          <w:rtl/>
        </w:rPr>
        <w:tab/>
      </w:r>
      <w:r w:rsidRPr="006364AB">
        <w:rPr>
          <w:rFonts w:cs="B Nazanin"/>
          <w:sz w:val="24"/>
          <w:szCs w:val="24"/>
          <w:rtl/>
        </w:rPr>
        <w:tab/>
      </w:r>
    </w:p>
    <w:tbl>
      <w:tblPr>
        <w:tblW w:w="10224" w:type="dxa"/>
        <w:jc w:val="center"/>
        <w:tblBorders>
          <w:top w:val="single" w:sz="12" w:space="0" w:color="8064A2"/>
          <w:left w:val="single" w:sz="12" w:space="0" w:color="8064A2"/>
          <w:bottom w:val="single" w:sz="12" w:space="0" w:color="8064A2"/>
          <w:right w:val="single" w:sz="12" w:space="0" w:color="8064A2"/>
          <w:insideH w:val="single" w:sz="12" w:space="0" w:color="8064A2"/>
          <w:insideV w:val="single" w:sz="12" w:space="0" w:color="8064A2"/>
        </w:tblBorders>
        <w:tblLayout w:type="fixed"/>
        <w:tblLook w:val="04A0" w:firstRow="1" w:lastRow="0" w:firstColumn="1" w:lastColumn="0" w:noHBand="0" w:noVBand="1"/>
      </w:tblPr>
      <w:tblGrid>
        <w:gridCol w:w="10224"/>
      </w:tblGrid>
      <w:tr w:rsidR="00C51C5E" w14:paraId="6B548CEB" w14:textId="77777777" w:rsidTr="006364AB">
        <w:trPr>
          <w:jc w:val="center"/>
        </w:trPr>
        <w:tc>
          <w:tcPr>
            <w:tcW w:w="10224" w:type="dxa"/>
            <w:shd w:val="clear" w:color="auto" w:fill="CCC0D9" w:themeFill="accent4" w:themeFillTint="6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5175640" w14:textId="0FBC144A" w:rsidR="00C51C5E" w:rsidRPr="006364AB" w:rsidRDefault="006364AB" w:rsidP="006364AB">
            <w:pPr>
              <w:bidi/>
              <w:spacing w:after="0"/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</w:rPr>
            </w:pPr>
            <w:bookmarkStart w:id="0" w:name="_Hlk233802150"/>
            <w:r w:rsidRPr="006364AB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>بخش اول: اطلاعات فرد</w:t>
            </w:r>
            <w:r w:rsidRPr="006364AB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</w:t>
            </w:r>
            <w:r w:rsidRPr="006364AB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و حرفه‌ا</w:t>
            </w:r>
            <w:r w:rsidRPr="006364AB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</w:t>
            </w:r>
          </w:p>
        </w:tc>
      </w:tr>
      <w:tr w:rsidR="00C51C5E" w14:paraId="40F157D7" w14:textId="77777777" w:rsidTr="006364AB">
        <w:trPr>
          <w:jc w:val="center"/>
        </w:trPr>
        <w:tc>
          <w:tcPr>
            <w:tcW w:w="10224" w:type="dxa"/>
            <w:shd w:val="clear" w:color="auto" w:fill="E5DFEC" w:themeFill="accent4" w:themeFillTint="3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tbl>
            <w:tblPr>
              <w:tblpPr w:leftFromText="180" w:rightFromText="180" w:vertAnchor="text" w:horzAnchor="margin" w:tblpXSpec="center" w:tblpY="-241"/>
              <w:tblOverlap w:val="never"/>
              <w:tblW w:w="9665" w:type="dxa"/>
              <w:tblBorders>
                <w:top w:val="single" w:sz="4" w:space="0" w:color="8064A2" w:themeColor="accent4"/>
                <w:left w:val="single" w:sz="4" w:space="0" w:color="8064A2" w:themeColor="accent4"/>
                <w:bottom w:val="single" w:sz="4" w:space="0" w:color="8064A2" w:themeColor="accent4"/>
                <w:right w:val="single" w:sz="4" w:space="0" w:color="8064A2" w:themeColor="accent4"/>
                <w:insideH w:val="single" w:sz="4" w:space="0" w:color="8064A2" w:themeColor="accent4"/>
                <w:insideV w:val="single" w:sz="4" w:space="0" w:color="8064A2" w:themeColor="accent4"/>
              </w:tblBorders>
              <w:shd w:val="clear" w:color="auto" w:fill="E5DFEC" w:themeFill="accent4" w:themeFillTint="33"/>
              <w:tblLayout w:type="fixed"/>
              <w:tblLook w:val="04A0" w:firstRow="1" w:lastRow="0" w:firstColumn="1" w:lastColumn="0" w:noHBand="0" w:noVBand="1"/>
            </w:tblPr>
            <w:tblGrid>
              <w:gridCol w:w="2719"/>
              <w:gridCol w:w="2111"/>
              <w:gridCol w:w="2815"/>
              <w:gridCol w:w="2020"/>
            </w:tblGrid>
            <w:tr w:rsidR="006C259F" w14:paraId="4F0021CC" w14:textId="77777777" w:rsidTr="006C259F">
              <w:trPr>
                <w:trHeight w:val="571"/>
              </w:trPr>
              <w:tc>
                <w:tcPr>
                  <w:tcW w:w="2719" w:type="dxa"/>
                  <w:shd w:val="clear" w:color="auto" w:fill="E5DFEC" w:themeFill="accent4" w:themeFillTint="33"/>
                  <w:tcMar>
                    <w:top w:w="75" w:type="dxa"/>
                    <w:left w:w="100" w:type="dxa"/>
                    <w:bottom w:w="75" w:type="dxa"/>
                    <w:right w:w="100" w:type="dxa"/>
                  </w:tcMar>
                  <w:vAlign w:val="center"/>
                </w:tcPr>
                <w:p w14:paraId="1C474FA3" w14:textId="24373F9B" w:rsidR="006364AB" w:rsidRPr="006364AB" w:rsidRDefault="006364AB" w:rsidP="006364AB">
                  <w:pPr>
                    <w:bidi/>
                    <w:spacing w:after="0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11" w:type="dxa"/>
                  <w:shd w:val="clear" w:color="auto" w:fill="E5DFEC" w:themeFill="accent4" w:themeFillTint="33"/>
                  <w:tcMar>
                    <w:top w:w="75" w:type="dxa"/>
                    <w:left w:w="100" w:type="dxa"/>
                    <w:bottom w:w="75" w:type="dxa"/>
                    <w:right w:w="100" w:type="dxa"/>
                  </w:tcMar>
                  <w:vAlign w:val="center"/>
                </w:tcPr>
                <w:p w14:paraId="76C6E6D5" w14:textId="77777777" w:rsidR="006364AB" w:rsidRPr="008C4131" w:rsidRDefault="006364AB" w:rsidP="006364AB">
                  <w:pPr>
                    <w:bidi/>
                    <w:spacing w:after="0"/>
                    <w:jc w:val="center"/>
                    <w:rPr>
                      <w:rFonts w:cs="B Nazanin"/>
                      <w:sz w:val="26"/>
                      <w:szCs w:val="26"/>
                    </w:rPr>
                  </w:pPr>
                  <w:r w:rsidRPr="008C4131">
                    <w:rPr>
                      <w:rFonts w:cs="B Nazanin"/>
                      <w:sz w:val="26"/>
                      <w:szCs w:val="26"/>
                      <w:rtl/>
                    </w:rPr>
                    <w:t>نام به انگل</w:t>
                  </w:r>
                  <w:r w:rsidRPr="008C4131">
                    <w:rPr>
                      <w:rFonts w:cs="B Nazanin" w:hint="cs"/>
                      <w:sz w:val="26"/>
                      <w:szCs w:val="26"/>
                      <w:rtl/>
                    </w:rPr>
                    <w:t>یسی</w:t>
                  </w:r>
                </w:p>
              </w:tc>
              <w:tc>
                <w:tcPr>
                  <w:tcW w:w="2815" w:type="dxa"/>
                  <w:shd w:val="clear" w:color="auto" w:fill="E5DFEC" w:themeFill="accent4" w:themeFillTint="33"/>
                  <w:tcMar>
                    <w:top w:w="75" w:type="dxa"/>
                    <w:left w:w="100" w:type="dxa"/>
                    <w:bottom w:w="75" w:type="dxa"/>
                    <w:right w:w="100" w:type="dxa"/>
                  </w:tcMar>
                  <w:vAlign w:val="center"/>
                </w:tcPr>
                <w:p w14:paraId="47926DEE" w14:textId="35F705D5" w:rsidR="006364AB" w:rsidRPr="008C4131" w:rsidRDefault="006364AB" w:rsidP="006364AB">
                  <w:pPr>
                    <w:bidi/>
                    <w:spacing w:after="0"/>
                    <w:jc w:val="center"/>
                    <w:rPr>
                      <w:rFonts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2020" w:type="dxa"/>
                  <w:shd w:val="clear" w:color="auto" w:fill="E5DFEC" w:themeFill="accent4" w:themeFillTint="33"/>
                  <w:vAlign w:val="center"/>
                </w:tcPr>
                <w:p w14:paraId="57901EF3" w14:textId="77777777" w:rsidR="006364AB" w:rsidRPr="008C4131" w:rsidRDefault="006364AB" w:rsidP="006364AB">
                  <w:pPr>
                    <w:bidi/>
                    <w:spacing w:after="0"/>
                    <w:jc w:val="center"/>
                    <w:rPr>
                      <w:rFonts w:cs="B Nazanin"/>
                      <w:color w:val="555555"/>
                      <w:sz w:val="26"/>
                      <w:szCs w:val="26"/>
                    </w:rPr>
                  </w:pPr>
                  <w:r w:rsidRPr="008C4131">
                    <w:rPr>
                      <w:rFonts w:cs="B Nazanin"/>
                      <w:sz w:val="26"/>
                      <w:szCs w:val="26"/>
                      <w:rtl/>
                    </w:rPr>
                    <w:t>نام و نام خانوادگ</w:t>
                  </w:r>
                  <w:r w:rsidRPr="008C4131">
                    <w:rPr>
                      <w:rFonts w:cs="B Nazanin" w:hint="cs"/>
                      <w:sz w:val="26"/>
                      <w:szCs w:val="26"/>
                      <w:rtl/>
                    </w:rPr>
                    <w:t>ی</w:t>
                  </w:r>
                </w:p>
              </w:tc>
            </w:tr>
            <w:tr w:rsidR="006C259F" w14:paraId="797DF829" w14:textId="77777777" w:rsidTr="006C259F">
              <w:trPr>
                <w:trHeight w:val="571"/>
              </w:trPr>
              <w:tc>
                <w:tcPr>
                  <w:tcW w:w="2719" w:type="dxa"/>
                  <w:shd w:val="clear" w:color="auto" w:fill="E5DFEC" w:themeFill="accent4" w:themeFillTint="33"/>
                  <w:tcMar>
                    <w:top w:w="75" w:type="dxa"/>
                    <w:left w:w="100" w:type="dxa"/>
                    <w:bottom w:w="75" w:type="dxa"/>
                    <w:right w:w="100" w:type="dxa"/>
                  </w:tcMar>
                  <w:vAlign w:val="center"/>
                </w:tcPr>
                <w:p w14:paraId="531D80ED" w14:textId="3987A7A5" w:rsidR="006364AB" w:rsidRPr="006364AB" w:rsidRDefault="006364AB" w:rsidP="006364AB">
                  <w:pPr>
                    <w:bidi/>
                    <w:spacing w:after="0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11" w:type="dxa"/>
                  <w:shd w:val="clear" w:color="auto" w:fill="E5DFEC" w:themeFill="accent4" w:themeFillTint="33"/>
                  <w:tcMar>
                    <w:top w:w="75" w:type="dxa"/>
                    <w:left w:w="100" w:type="dxa"/>
                    <w:bottom w:w="75" w:type="dxa"/>
                    <w:right w:w="100" w:type="dxa"/>
                  </w:tcMar>
                  <w:vAlign w:val="center"/>
                </w:tcPr>
                <w:p w14:paraId="2DE7DA91" w14:textId="77777777" w:rsidR="006364AB" w:rsidRPr="008C4131" w:rsidRDefault="006364AB" w:rsidP="006364AB">
                  <w:pPr>
                    <w:bidi/>
                    <w:spacing w:after="0"/>
                    <w:jc w:val="center"/>
                    <w:rPr>
                      <w:rFonts w:cs="B Nazanin"/>
                      <w:sz w:val="26"/>
                      <w:szCs w:val="26"/>
                    </w:rPr>
                  </w:pPr>
                  <w:r w:rsidRPr="008C4131">
                    <w:rPr>
                      <w:rFonts w:cs="B Nazanin"/>
                      <w:sz w:val="26"/>
                      <w:szCs w:val="26"/>
                      <w:rtl/>
                    </w:rPr>
                    <w:t>ا</w:t>
                  </w:r>
                  <w:r w:rsidRPr="008C4131">
                    <w:rPr>
                      <w:rFonts w:cs="B Nazanin" w:hint="cs"/>
                      <w:sz w:val="26"/>
                      <w:szCs w:val="26"/>
                      <w:rtl/>
                    </w:rPr>
                    <w:t>یمیل</w:t>
                  </w:r>
                  <w:r w:rsidRPr="008C4131">
                    <w:rPr>
                      <w:rFonts w:cs="B Nazanin"/>
                      <w:sz w:val="26"/>
                      <w:szCs w:val="26"/>
                      <w:rtl/>
                    </w:rPr>
                    <w:t xml:space="preserve"> فعال</w:t>
                  </w:r>
                </w:p>
              </w:tc>
              <w:tc>
                <w:tcPr>
                  <w:tcW w:w="2815" w:type="dxa"/>
                  <w:shd w:val="clear" w:color="auto" w:fill="E5DFEC" w:themeFill="accent4" w:themeFillTint="33"/>
                  <w:tcMar>
                    <w:top w:w="75" w:type="dxa"/>
                    <w:left w:w="100" w:type="dxa"/>
                    <w:bottom w:w="75" w:type="dxa"/>
                    <w:right w:w="100" w:type="dxa"/>
                  </w:tcMar>
                  <w:vAlign w:val="center"/>
                </w:tcPr>
                <w:p w14:paraId="32B8B7AE" w14:textId="46BC041F" w:rsidR="006364AB" w:rsidRPr="008C4131" w:rsidRDefault="006364AB" w:rsidP="006364AB">
                  <w:pPr>
                    <w:bidi/>
                    <w:spacing w:after="0"/>
                    <w:jc w:val="center"/>
                    <w:rPr>
                      <w:rFonts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2020" w:type="dxa"/>
                  <w:shd w:val="clear" w:color="auto" w:fill="E5DFEC" w:themeFill="accent4" w:themeFillTint="33"/>
                  <w:vAlign w:val="center"/>
                </w:tcPr>
                <w:p w14:paraId="736B613B" w14:textId="77777777" w:rsidR="006364AB" w:rsidRPr="008C4131" w:rsidRDefault="006364AB" w:rsidP="006364AB">
                  <w:pPr>
                    <w:bidi/>
                    <w:spacing w:after="0"/>
                    <w:jc w:val="center"/>
                    <w:rPr>
                      <w:rFonts w:cs="B Nazanin"/>
                      <w:color w:val="555555"/>
                      <w:sz w:val="26"/>
                      <w:szCs w:val="26"/>
                    </w:rPr>
                  </w:pPr>
                  <w:r w:rsidRPr="008C4131">
                    <w:rPr>
                      <w:rFonts w:cs="B Nazanin"/>
                      <w:sz w:val="26"/>
                      <w:szCs w:val="26"/>
                      <w:rtl/>
                    </w:rPr>
                    <w:t>شماره تماس</w:t>
                  </w:r>
                </w:p>
              </w:tc>
            </w:tr>
            <w:tr w:rsidR="006C259F" w14:paraId="586F04EC" w14:textId="77777777" w:rsidTr="006C259F">
              <w:trPr>
                <w:trHeight w:val="571"/>
              </w:trPr>
              <w:tc>
                <w:tcPr>
                  <w:tcW w:w="2719" w:type="dxa"/>
                  <w:shd w:val="clear" w:color="auto" w:fill="E5DFEC" w:themeFill="accent4" w:themeFillTint="33"/>
                  <w:tcMar>
                    <w:top w:w="75" w:type="dxa"/>
                    <w:left w:w="100" w:type="dxa"/>
                    <w:bottom w:w="75" w:type="dxa"/>
                    <w:right w:w="100" w:type="dxa"/>
                  </w:tcMar>
                  <w:vAlign w:val="center"/>
                </w:tcPr>
                <w:p w14:paraId="70A6341A" w14:textId="56E8BC2B" w:rsidR="006364AB" w:rsidRPr="006364AB" w:rsidRDefault="006364AB" w:rsidP="006364AB">
                  <w:pPr>
                    <w:bidi/>
                    <w:spacing w:after="0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11" w:type="dxa"/>
                  <w:shd w:val="clear" w:color="auto" w:fill="E5DFEC" w:themeFill="accent4" w:themeFillTint="33"/>
                  <w:tcMar>
                    <w:top w:w="75" w:type="dxa"/>
                    <w:left w:w="100" w:type="dxa"/>
                    <w:bottom w:w="75" w:type="dxa"/>
                    <w:right w:w="100" w:type="dxa"/>
                  </w:tcMar>
                  <w:vAlign w:val="center"/>
                </w:tcPr>
                <w:p w14:paraId="3329C959" w14:textId="57EDF692" w:rsidR="006364AB" w:rsidRPr="008C4131" w:rsidRDefault="006364AB" w:rsidP="006364AB">
                  <w:pPr>
                    <w:bidi/>
                    <w:spacing w:after="0"/>
                    <w:jc w:val="center"/>
                    <w:rPr>
                      <w:rFonts w:cs="B Nazanin"/>
                      <w:sz w:val="26"/>
                      <w:szCs w:val="26"/>
                    </w:rPr>
                  </w:pPr>
                  <w:r w:rsidRPr="008C4131">
                    <w:rPr>
                      <w:rFonts w:cs="B Nazanin"/>
                      <w:sz w:val="26"/>
                      <w:szCs w:val="26"/>
                      <w:rtl/>
                    </w:rPr>
                    <w:t>وابستگ</w:t>
                  </w:r>
                  <w:r w:rsidRPr="008C4131">
                    <w:rPr>
                      <w:rFonts w:cs="B Nazanin" w:hint="cs"/>
                      <w:sz w:val="26"/>
                      <w:szCs w:val="26"/>
                      <w:rtl/>
                    </w:rPr>
                    <w:t>ی</w:t>
                  </w:r>
                  <w:r w:rsidRPr="008C4131">
                    <w:rPr>
                      <w:rFonts w:cs="B Nazanin"/>
                      <w:sz w:val="26"/>
                      <w:szCs w:val="26"/>
                      <w:rtl/>
                    </w:rPr>
                    <w:t xml:space="preserve"> سازمان</w:t>
                  </w:r>
                  <w:r w:rsidRPr="008C4131">
                    <w:rPr>
                      <w:rFonts w:cs="B Nazanin" w:hint="cs"/>
                      <w:sz w:val="26"/>
                      <w:szCs w:val="26"/>
                      <w:rtl/>
                    </w:rPr>
                    <w:t>ی</w:t>
                  </w:r>
                </w:p>
              </w:tc>
              <w:tc>
                <w:tcPr>
                  <w:tcW w:w="2815" w:type="dxa"/>
                  <w:shd w:val="clear" w:color="auto" w:fill="E5DFEC" w:themeFill="accent4" w:themeFillTint="33"/>
                  <w:tcMar>
                    <w:top w:w="75" w:type="dxa"/>
                    <w:left w:w="100" w:type="dxa"/>
                    <w:bottom w:w="75" w:type="dxa"/>
                    <w:right w:w="100" w:type="dxa"/>
                  </w:tcMar>
                  <w:vAlign w:val="center"/>
                </w:tcPr>
                <w:p w14:paraId="651E3791" w14:textId="1D43A58A" w:rsidR="006364AB" w:rsidRPr="008C4131" w:rsidRDefault="006364AB" w:rsidP="006364AB">
                  <w:pPr>
                    <w:bidi/>
                    <w:spacing w:after="0"/>
                    <w:jc w:val="center"/>
                    <w:rPr>
                      <w:rFonts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2020" w:type="dxa"/>
                  <w:shd w:val="clear" w:color="auto" w:fill="E5DFEC" w:themeFill="accent4" w:themeFillTint="33"/>
                  <w:vAlign w:val="center"/>
                </w:tcPr>
                <w:p w14:paraId="5346A684" w14:textId="77777777" w:rsidR="006364AB" w:rsidRPr="008C4131" w:rsidRDefault="006364AB" w:rsidP="006364AB">
                  <w:pPr>
                    <w:bidi/>
                    <w:spacing w:after="0"/>
                    <w:jc w:val="center"/>
                    <w:rPr>
                      <w:rFonts w:cs="B Nazanin"/>
                      <w:color w:val="555555"/>
                      <w:sz w:val="26"/>
                      <w:szCs w:val="26"/>
                    </w:rPr>
                  </w:pPr>
                  <w:r w:rsidRPr="008C4131">
                    <w:rPr>
                      <w:rFonts w:cs="B Nazanin"/>
                      <w:sz w:val="26"/>
                      <w:szCs w:val="26"/>
                      <w:rtl/>
                    </w:rPr>
                    <w:t>شهر/استان</w:t>
                  </w:r>
                </w:p>
              </w:tc>
            </w:tr>
            <w:tr w:rsidR="006C259F" w14:paraId="7BC8BB8D" w14:textId="77777777" w:rsidTr="006C259F">
              <w:trPr>
                <w:trHeight w:val="571"/>
              </w:trPr>
              <w:tc>
                <w:tcPr>
                  <w:tcW w:w="2719" w:type="dxa"/>
                  <w:shd w:val="clear" w:color="auto" w:fill="E5DFEC" w:themeFill="accent4" w:themeFillTint="33"/>
                  <w:tcMar>
                    <w:top w:w="75" w:type="dxa"/>
                    <w:left w:w="100" w:type="dxa"/>
                    <w:bottom w:w="75" w:type="dxa"/>
                    <w:right w:w="100" w:type="dxa"/>
                  </w:tcMar>
                  <w:vAlign w:val="center"/>
                </w:tcPr>
                <w:p w14:paraId="361CABF3" w14:textId="740A74A3" w:rsidR="006364AB" w:rsidRPr="006364AB" w:rsidRDefault="006364AB" w:rsidP="006364AB">
                  <w:pPr>
                    <w:bidi/>
                    <w:spacing w:after="0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111" w:type="dxa"/>
                  <w:shd w:val="clear" w:color="auto" w:fill="E5DFEC" w:themeFill="accent4" w:themeFillTint="33"/>
                  <w:tcMar>
                    <w:top w:w="75" w:type="dxa"/>
                    <w:left w:w="100" w:type="dxa"/>
                    <w:bottom w:w="75" w:type="dxa"/>
                    <w:right w:w="100" w:type="dxa"/>
                  </w:tcMar>
                  <w:vAlign w:val="center"/>
                </w:tcPr>
                <w:p w14:paraId="04FD576E" w14:textId="77777777" w:rsidR="006364AB" w:rsidRPr="008C4131" w:rsidRDefault="006364AB" w:rsidP="006364AB">
                  <w:pPr>
                    <w:bidi/>
                    <w:spacing w:after="0"/>
                    <w:jc w:val="center"/>
                    <w:rPr>
                      <w:rFonts w:cs="B Nazanin"/>
                      <w:sz w:val="26"/>
                      <w:szCs w:val="26"/>
                    </w:rPr>
                  </w:pPr>
                  <w:r w:rsidRPr="008C4131">
                    <w:rPr>
                      <w:rFonts w:cs="B Nazanin"/>
                      <w:sz w:val="26"/>
                      <w:szCs w:val="26"/>
                      <w:rtl/>
                    </w:rPr>
                    <w:t>آخر</w:t>
                  </w:r>
                  <w:r w:rsidRPr="008C4131">
                    <w:rPr>
                      <w:rFonts w:cs="B Nazanin" w:hint="cs"/>
                      <w:sz w:val="26"/>
                      <w:szCs w:val="26"/>
                      <w:rtl/>
                    </w:rPr>
                    <w:t>ین</w:t>
                  </w:r>
                  <w:r w:rsidRPr="008C4131">
                    <w:rPr>
                      <w:rFonts w:cs="B Nazanin"/>
                      <w:sz w:val="26"/>
                      <w:szCs w:val="26"/>
                      <w:rtl/>
                    </w:rPr>
                    <w:t xml:space="preserve"> مقطع تحص</w:t>
                  </w:r>
                  <w:r w:rsidRPr="008C4131">
                    <w:rPr>
                      <w:rFonts w:cs="B Nazanin" w:hint="cs"/>
                      <w:sz w:val="26"/>
                      <w:szCs w:val="26"/>
                      <w:rtl/>
                    </w:rPr>
                    <w:t>یلی</w:t>
                  </w:r>
                </w:p>
              </w:tc>
              <w:tc>
                <w:tcPr>
                  <w:tcW w:w="2815" w:type="dxa"/>
                  <w:shd w:val="clear" w:color="auto" w:fill="E5DFEC" w:themeFill="accent4" w:themeFillTint="33"/>
                  <w:tcMar>
                    <w:top w:w="75" w:type="dxa"/>
                    <w:left w:w="100" w:type="dxa"/>
                    <w:bottom w:w="75" w:type="dxa"/>
                    <w:right w:w="100" w:type="dxa"/>
                  </w:tcMar>
                  <w:vAlign w:val="center"/>
                </w:tcPr>
                <w:p w14:paraId="060FDBC0" w14:textId="4732699D" w:rsidR="006364AB" w:rsidRPr="008C4131" w:rsidRDefault="006364AB" w:rsidP="006364AB">
                  <w:pPr>
                    <w:bidi/>
                    <w:spacing w:after="0"/>
                    <w:jc w:val="center"/>
                    <w:rPr>
                      <w:rFonts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2020" w:type="dxa"/>
                  <w:shd w:val="clear" w:color="auto" w:fill="E5DFEC" w:themeFill="accent4" w:themeFillTint="33"/>
                  <w:vAlign w:val="center"/>
                </w:tcPr>
                <w:p w14:paraId="296DFE7D" w14:textId="77777777" w:rsidR="006364AB" w:rsidRPr="008C4131" w:rsidRDefault="006364AB" w:rsidP="006364AB">
                  <w:pPr>
                    <w:bidi/>
                    <w:spacing w:after="0"/>
                    <w:jc w:val="center"/>
                    <w:rPr>
                      <w:rFonts w:cs="B Nazanin"/>
                      <w:color w:val="555555"/>
                      <w:sz w:val="26"/>
                      <w:szCs w:val="26"/>
                    </w:rPr>
                  </w:pPr>
                  <w:r w:rsidRPr="008C4131">
                    <w:rPr>
                      <w:rFonts w:cs="B Nazanin"/>
                      <w:sz w:val="26"/>
                      <w:szCs w:val="26"/>
                      <w:rtl/>
                    </w:rPr>
                    <w:t xml:space="preserve">رشته </w:t>
                  </w:r>
                  <w:r w:rsidRPr="008C4131">
                    <w:rPr>
                      <w:rFonts w:cs="B Nazanin" w:hint="cs"/>
                      <w:sz w:val="26"/>
                      <w:szCs w:val="26"/>
                      <w:rtl/>
                    </w:rPr>
                    <w:t>یا</w:t>
                  </w:r>
                  <w:r w:rsidRPr="008C4131">
                    <w:rPr>
                      <w:rFonts w:cs="B Nazanin"/>
                      <w:sz w:val="26"/>
                      <w:szCs w:val="26"/>
                      <w:rtl/>
                    </w:rPr>
                    <w:t xml:space="preserve"> حوزه تخصص</w:t>
                  </w:r>
                  <w:r w:rsidRPr="008C4131">
                    <w:rPr>
                      <w:rFonts w:cs="B Nazanin" w:hint="cs"/>
                      <w:sz w:val="26"/>
                      <w:szCs w:val="26"/>
                      <w:rtl/>
                    </w:rPr>
                    <w:t>ی</w:t>
                  </w:r>
                </w:p>
              </w:tc>
            </w:tr>
          </w:tbl>
          <w:p w14:paraId="1409FB3F" w14:textId="77777777" w:rsidR="008C4131" w:rsidRDefault="008C4131" w:rsidP="006364AB">
            <w:pPr>
              <w:bidi/>
              <w:spacing w:after="60"/>
              <w:rPr>
                <w:rFonts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</w:p>
          <w:p w14:paraId="798A1376" w14:textId="6AA6975F" w:rsidR="006364AB" w:rsidRPr="006364AB" w:rsidRDefault="006364AB" w:rsidP="008C4131">
            <w:pPr>
              <w:bidi/>
              <w:spacing w:after="60"/>
              <w:rPr>
                <w:rFonts w:cs="B Nazanin"/>
                <w:sz w:val="28"/>
                <w:szCs w:val="28"/>
              </w:rPr>
            </w:pPr>
            <w:r w:rsidRPr="008C4131">
              <w:rPr>
                <w:rFonts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>وضع</w:t>
            </w:r>
            <w:r w:rsidRPr="008C4131">
              <w:rPr>
                <w:rFonts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یت</w:t>
            </w:r>
            <w:r w:rsidRPr="008C4131">
              <w:rPr>
                <w:rFonts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فعل</w:t>
            </w:r>
            <w:r w:rsidRPr="008C4131">
              <w:rPr>
                <w:rFonts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</w:t>
            </w:r>
            <w:r w:rsidRPr="008C4131">
              <w:rPr>
                <w:rFonts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>:</w:t>
            </w:r>
            <w:r w:rsidRPr="008C4131">
              <w:rPr>
                <w:rFonts w:cs="B Nazanin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8C4131">
              <w:rPr>
                <w:rFonts w:ascii="Segoe UI Symbol" w:hAnsi="Segoe UI Symbol" w:cs="Segoe UI Symbol" w:hint="cs"/>
                <w:sz w:val="26"/>
                <w:szCs w:val="26"/>
                <w:rtl/>
              </w:rPr>
              <w:t>☐</w:t>
            </w:r>
            <w:r w:rsidRPr="008C4131">
              <w:rPr>
                <w:rFonts w:cs="B Nazanin" w:hint="cs"/>
                <w:sz w:val="26"/>
                <w:szCs w:val="26"/>
                <w:rtl/>
              </w:rPr>
              <w:t>دانشجو</w:t>
            </w:r>
            <w:r w:rsidRPr="008C4131">
              <w:rPr>
                <w:rFonts w:cs="B Nazanin"/>
                <w:sz w:val="26"/>
                <w:szCs w:val="26"/>
                <w:rtl/>
              </w:rPr>
              <w:t xml:space="preserve">    </w:t>
            </w:r>
            <w:r w:rsidRPr="008C4131">
              <w:rPr>
                <w:rFonts w:ascii="Segoe UI Symbol" w:hAnsi="Segoe UI Symbol" w:cs="Segoe UI Symbol" w:hint="cs"/>
                <w:sz w:val="26"/>
                <w:szCs w:val="26"/>
                <w:rtl/>
              </w:rPr>
              <w:t>☐</w:t>
            </w:r>
            <w:r w:rsidRPr="008C4131">
              <w:rPr>
                <w:rFonts w:cs="B Nazanin" w:hint="cs"/>
                <w:sz w:val="26"/>
                <w:szCs w:val="26"/>
                <w:rtl/>
              </w:rPr>
              <w:t>عضو</w:t>
            </w:r>
            <w:r w:rsidRPr="008C4131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8C4131">
              <w:rPr>
                <w:rFonts w:cs="B Nazanin" w:hint="cs"/>
                <w:sz w:val="26"/>
                <w:szCs w:val="26"/>
                <w:rtl/>
              </w:rPr>
              <w:t>هیئت</w:t>
            </w:r>
            <w:r w:rsidRPr="008C4131">
              <w:rPr>
                <w:rFonts w:cs="B Nazanin"/>
                <w:sz w:val="26"/>
                <w:szCs w:val="26"/>
                <w:rtl/>
              </w:rPr>
              <w:t xml:space="preserve"> علم</w:t>
            </w:r>
            <w:r w:rsidRPr="008C4131">
              <w:rPr>
                <w:rFonts w:cs="B Nazanin" w:hint="cs"/>
                <w:sz w:val="26"/>
                <w:szCs w:val="26"/>
                <w:rtl/>
              </w:rPr>
              <w:t>ی</w:t>
            </w:r>
            <w:r w:rsidRPr="008C4131">
              <w:rPr>
                <w:rFonts w:cs="B Nazanin"/>
                <w:sz w:val="26"/>
                <w:szCs w:val="26"/>
                <w:rtl/>
              </w:rPr>
              <w:t xml:space="preserve">    </w:t>
            </w:r>
            <w:r w:rsidRPr="008C4131">
              <w:rPr>
                <w:rFonts w:ascii="Segoe UI Symbol" w:hAnsi="Segoe UI Symbol" w:cs="Segoe UI Symbol" w:hint="cs"/>
                <w:sz w:val="26"/>
                <w:szCs w:val="26"/>
                <w:rtl/>
              </w:rPr>
              <w:t>☐</w:t>
            </w:r>
            <w:r w:rsidRPr="008C4131">
              <w:rPr>
                <w:rFonts w:cs="B Nazanin" w:hint="cs"/>
                <w:sz w:val="26"/>
                <w:szCs w:val="26"/>
                <w:rtl/>
              </w:rPr>
              <w:t>پژوهشگر</w:t>
            </w:r>
            <w:r w:rsidRPr="008C4131">
              <w:rPr>
                <w:rFonts w:cs="B Nazanin"/>
                <w:sz w:val="26"/>
                <w:szCs w:val="26"/>
                <w:rtl/>
              </w:rPr>
              <w:t xml:space="preserve">    </w:t>
            </w:r>
            <w:r w:rsidRPr="008C4131">
              <w:rPr>
                <w:rFonts w:ascii="Segoe UI Symbol" w:hAnsi="Segoe UI Symbol" w:cs="Segoe UI Symbol" w:hint="cs"/>
                <w:sz w:val="26"/>
                <w:szCs w:val="26"/>
                <w:rtl/>
              </w:rPr>
              <w:t>☐</w:t>
            </w:r>
            <w:r w:rsidRPr="008C4131">
              <w:rPr>
                <w:rFonts w:cs="B Nazanin" w:hint="cs"/>
                <w:sz w:val="26"/>
                <w:szCs w:val="26"/>
                <w:rtl/>
              </w:rPr>
              <w:t>متخصص</w:t>
            </w:r>
            <w:r w:rsidRPr="008C4131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8C4131">
              <w:rPr>
                <w:rFonts w:cs="B Nazanin" w:hint="cs"/>
                <w:sz w:val="26"/>
                <w:szCs w:val="26"/>
                <w:rtl/>
              </w:rPr>
              <w:t>صنعت</w:t>
            </w:r>
            <w:r w:rsidRPr="008C4131">
              <w:rPr>
                <w:rFonts w:cs="B Nazanin"/>
                <w:sz w:val="26"/>
                <w:szCs w:val="26"/>
                <w:rtl/>
              </w:rPr>
              <w:t xml:space="preserve">    </w:t>
            </w:r>
            <w:r w:rsidRPr="008C4131">
              <w:rPr>
                <w:rFonts w:ascii="Segoe UI Symbol" w:hAnsi="Segoe UI Symbol" w:cs="Segoe UI Symbol" w:hint="cs"/>
                <w:sz w:val="26"/>
                <w:szCs w:val="26"/>
                <w:rtl/>
              </w:rPr>
              <w:t>☐</w:t>
            </w:r>
            <w:r w:rsidRPr="008C4131">
              <w:rPr>
                <w:rFonts w:cs="B Nazanin" w:hint="cs"/>
                <w:sz w:val="26"/>
                <w:szCs w:val="26"/>
                <w:rtl/>
              </w:rPr>
              <w:t>مدیر</w:t>
            </w:r>
            <w:r w:rsidRPr="008C4131">
              <w:rPr>
                <w:rFonts w:cs="B Nazanin"/>
                <w:sz w:val="26"/>
                <w:szCs w:val="26"/>
                <w:rtl/>
              </w:rPr>
              <w:t>/کارآفر</w:t>
            </w:r>
            <w:r w:rsidRPr="008C4131">
              <w:rPr>
                <w:rFonts w:cs="B Nazanin" w:hint="cs"/>
                <w:sz w:val="26"/>
                <w:szCs w:val="26"/>
                <w:rtl/>
              </w:rPr>
              <w:t>ین</w:t>
            </w:r>
            <w:r w:rsidRPr="008C4131">
              <w:rPr>
                <w:rFonts w:cs="B Nazanin"/>
                <w:sz w:val="26"/>
                <w:szCs w:val="26"/>
                <w:rtl/>
              </w:rPr>
              <w:t xml:space="preserve">   </w:t>
            </w:r>
            <w:r w:rsidRPr="008C4131">
              <w:rPr>
                <w:rFonts w:ascii="Segoe UI Symbol" w:hAnsi="Segoe UI Symbol" w:cs="Segoe UI Symbol" w:hint="cs"/>
                <w:sz w:val="26"/>
                <w:szCs w:val="26"/>
                <w:rtl/>
              </w:rPr>
              <w:t>☐</w:t>
            </w:r>
            <w:r w:rsidRPr="008C4131">
              <w:rPr>
                <w:rFonts w:cs="B Nazanin"/>
                <w:sz w:val="26"/>
                <w:szCs w:val="26"/>
                <w:rtl/>
              </w:rPr>
              <w:t xml:space="preserve"> </w:t>
            </w:r>
            <w:r w:rsidRPr="008C4131">
              <w:rPr>
                <w:rFonts w:cs="B Nazanin" w:hint="cs"/>
                <w:sz w:val="26"/>
                <w:szCs w:val="26"/>
                <w:rtl/>
              </w:rPr>
              <w:t>سایر</w:t>
            </w:r>
            <w:r w:rsidRPr="008C4131">
              <w:rPr>
                <w:rFonts w:cs="B Nazanin"/>
                <w:sz w:val="26"/>
                <w:szCs w:val="26"/>
                <w:rtl/>
              </w:rPr>
              <w:t xml:space="preserve">    </w:t>
            </w:r>
          </w:p>
          <w:p w14:paraId="41198D9B" w14:textId="0500DBFD" w:rsidR="006364AB" w:rsidRPr="008C4131" w:rsidRDefault="006364AB" w:rsidP="006364AB">
            <w:pPr>
              <w:bidi/>
              <w:spacing w:after="60"/>
              <w:rPr>
                <w:rFonts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  <w:r w:rsidRPr="008C4131">
              <w:rPr>
                <w:rFonts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زمینه‌های</w:t>
            </w:r>
            <w:r w:rsidRPr="008C4131">
              <w:rPr>
                <w:rFonts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تخصص</w:t>
            </w:r>
            <w:r w:rsidRPr="008C4131">
              <w:rPr>
                <w:rFonts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</w:t>
            </w:r>
            <w:r w:rsidRPr="008C4131">
              <w:rPr>
                <w:rFonts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>/علاقه‌مند</w:t>
            </w:r>
            <w:r w:rsidRPr="008C4131">
              <w:rPr>
                <w:rFonts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</w:t>
            </w:r>
            <w:r w:rsidRPr="008C4131">
              <w:rPr>
                <w:rFonts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علم</w:t>
            </w:r>
            <w:r w:rsidRPr="008C4131">
              <w:rPr>
                <w:rFonts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</w:t>
            </w:r>
            <w:r w:rsidRPr="008C4131">
              <w:rPr>
                <w:rFonts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و حرفه‌ا</w:t>
            </w:r>
            <w:r w:rsidRPr="008C4131">
              <w:rPr>
                <w:rFonts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</w:t>
            </w:r>
            <w:r w:rsidRPr="008C4131">
              <w:rPr>
                <w:rFonts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>:</w:t>
            </w:r>
          </w:p>
          <w:p w14:paraId="717E6249" w14:textId="77777777" w:rsidR="006364AB" w:rsidRDefault="006364AB" w:rsidP="006364AB">
            <w:pPr>
              <w:bidi/>
              <w:spacing w:after="60"/>
              <w:rPr>
                <w:rFonts w:cs="B Nazanin"/>
                <w:sz w:val="28"/>
                <w:szCs w:val="28"/>
                <w:rtl/>
              </w:rPr>
            </w:pPr>
          </w:p>
          <w:p w14:paraId="30716EE0" w14:textId="77777777" w:rsidR="007875E2" w:rsidRPr="007875E2" w:rsidRDefault="007875E2" w:rsidP="007875E2">
            <w:pPr>
              <w:bidi/>
              <w:spacing w:after="60"/>
              <w:rPr>
                <w:rFonts w:cs="B Nazanin"/>
                <w:sz w:val="12"/>
                <w:szCs w:val="12"/>
              </w:rPr>
            </w:pPr>
          </w:p>
          <w:p w14:paraId="5BAAC26B" w14:textId="4C0AF476" w:rsidR="00C51C5E" w:rsidRDefault="006364AB" w:rsidP="006364AB">
            <w:pPr>
              <w:bidi/>
              <w:spacing w:after="60"/>
            </w:pPr>
            <w:r w:rsidRPr="008C4131">
              <w:rPr>
                <w:rFonts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روش</w:t>
            </w:r>
            <w:r w:rsidRPr="008C4131">
              <w:rPr>
                <w:rFonts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ترج</w:t>
            </w:r>
            <w:r w:rsidRPr="008C4131">
              <w:rPr>
                <w:rFonts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یحی</w:t>
            </w:r>
            <w:r w:rsidRPr="008C4131">
              <w:rPr>
                <w:rFonts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ارتباط:</w:t>
            </w:r>
            <w:r w:rsidRPr="008C4131">
              <w:rPr>
                <w:rFonts w:cs="B Nazanin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6364AB">
              <w:rPr>
                <w:rFonts w:ascii="Segoe UI Symbol" w:hAnsi="Segoe UI Symbol" w:cs="Segoe UI Symbol" w:hint="cs"/>
                <w:sz w:val="28"/>
                <w:szCs w:val="28"/>
                <w:rtl/>
              </w:rPr>
              <w:t>☐</w:t>
            </w:r>
            <w:r w:rsidRPr="006364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6364AB">
              <w:rPr>
                <w:rFonts w:cs="B Nazanin" w:hint="cs"/>
                <w:sz w:val="28"/>
                <w:szCs w:val="28"/>
                <w:rtl/>
              </w:rPr>
              <w:t>ایمیل</w:t>
            </w:r>
            <w:r w:rsidRPr="006364AB">
              <w:rPr>
                <w:rFonts w:cs="B Nazanin"/>
                <w:sz w:val="28"/>
                <w:szCs w:val="28"/>
                <w:rtl/>
              </w:rPr>
              <w:t xml:space="preserve">    </w:t>
            </w:r>
            <w:r w:rsidRPr="006364AB">
              <w:rPr>
                <w:rFonts w:ascii="Segoe UI Symbol" w:hAnsi="Segoe UI Symbol" w:cs="Segoe UI Symbol" w:hint="cs"/>
                <w:sz w:val="28"/>
                <w:szCs w:val="28"/>
                <w:rtl/>
              </w:rPr>
              <w:t>☐</w:t>
            </w:r>
            <w:r w:rsidRPr="006364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6364AB">
              <w:rPr>
                <w:rFonts w:cs="B Nazanin" w:hint="cs"/>
                <w:sz w:val="28"/>
                <w:szCs w:val="28"/>
                <w:rtl/>
              </w:rPr>
              <w:t>تماس</w:t>
            </w:r>
            <w:r w:rsidRPr="006364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6364AB">
              <w:rPr>
                <w:rFonts w:cs="B Nazanin" w:hint="cs"/>
                <w:sz w:val="28"/>
                <w:szCs w:val="28"/>
                <w:rtl/>
              </w:rPr>
              <w:t>تلفنی</w:t>
            </w:r>
            <w:r w:rsidRPr="006364AB">
              <w:rPr>
                <w:rFonts w:cs="B Nazanin"/>
                <w:sz w:val="28"/>
                <w:szCs w:val="28"/>
                <w:rtl/>
              </w:rPr>
              <w:t xml:space="preserve">    </w:t>
            </w:r>
            <w:r w:rsidRPr="006364AB">
              <w:rPr>
                <w:rFonts w:ascii="Segoe UI Symbol" w:hAnsi="Segoe UI Symbol" w:cs="Segoe UI Symbol" w:hint="cs"/>
                <w:sz w:val="28"/>
                <w:szCs w:val="28"/>
                <w:rtl/>
              </w:rPr>
              <w:t>☐</w:t>
            </w:r>
            <w:r w:rsidRPr="006364A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6364AB">
              <w:rPr>
                <w:rFonts w:cs="B Nazanin" w:hint="cs"/>
                <w:sz w:val="28"/>
                <w:szCs w:val="28"/>
                <w:rtl/>
              </w:rPr>
              <w:t>پیام‌رسان</w:t>
            </w:r>
            <w:r w:rsidR="008C4131">
              <w:rPr>
                <w:rFonts w:cs="B Nazanin" w:hint="cs"/>
                <w:sz w:val="28"/>
                <w:szCs w:val="28"/>
                <w:rtl/>
              </w:rPr>
              <w:t xml:space="preserve"> ..............</w:t>
            </w:r>
            <w:r w:rsidRPr="006364AB">
              <w:rPr>
                <w:rFonts w:cs="B Nazanin"/>
                <w:sz w:val="28"/>
                <w:szCs w:val="28"/>
                <w:rtl/>
              </w:rPr>
              <w:t xml:space="preserve">    </w:t>
            </w:r>
          </w:p>
        </w:tc>
      </w:tr>
      <w:bookmarkEnd w:id="0"/>
    </w:tbl>
    <w:p w14:paraId="7D3C7918" w14:textId="3B53464D" w:rsidR="006C259F" w:rsidRPr="006C259F" w:rsidRDefault="006C259F" w:rsidP="006C259F">
      <w:pPr>
        <w:tabs>
          <w:tab w:val="left" w:pos="6012"/>
        </w:tabs>
        <w:sectPr w:rsidR="006C259F" w:rsidRPr="006C259F" w:rsidSect="001F1F3A">
          <w:headerReference w:type="default" r:id="rId8"/>
          <w:footerReference w:type="default" r:id="rId9"/>
          <w:pgSz w:w="11906" w:h="16838"/>
          <w:pgMar w:top="907" w:right="1020" w:bottom="907" w:left="1020" w:header="567" w:footer="567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tbl>
      <w:tblPr>
        <w:tblpPr w:leftFromText="180" w:rightFromText="180" w:horzAnchor="margin" w:tblpY="564"/>
        <w:tblW w:w="10224" w:type="dxa"/>
        <w:tblBorders>
          <w:top w:val="single" w:sz="12" w:space="0" w:color="8064A2" w:themeColor="accent4"/>
          <w:left w:val="single" w:sz="12" w:space="0" w:color="8064A2" w:themeColor="accent4"/>
          <w:bottom w:val="single" w:sz="12" w:space="0" w:color="8064A2" w:themeColor="accent4"/>
          <w:right w:val="single" w:sz="12" w:space="0" w:color="8064A2" w:themeColor="accent4"/>
          <w:insideH w:val="single" w:sz="12" w:space="0" w:color="8064A2" w:themeColor="accent4"/>
          <w:insideV w:val="single" w:sz="12" w:space="0" w:color="8064A2" w:themeColor="accent4"/>
        </w:tblBorders>
        <w:tblLayout w:type="fixed"/>
        <w:tblLook w:val="04A0" w:firstRow="1" w:lastRow="0" w:firstColumn="1" w:lastColumn="0" w:noHBand="0" w:noVBand="1"/>
      </w:tblPr>
      <w:tblGrid>
        <w:gridCol w:w="10224"/>
      </w:tblGrid>
      <w:tr w:rsidR="008C4131" w14:paraId="30F8B814" w14:textId="77777777" w:rsidTr="00857DDB">
        <w:tc>
          <w:tcPr>
            <w:tcW w:w="10224" w:type="dxa"/>
            <w:shd w:val="clear" w:color="auto" w:fill="CCC0D9" w:themeFill="accent4" w:themeFillTint="6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362D0FF" w14:textId="7F23E4AF" w:rsidR="008C4131" w:rsidRPr="006364AB" w:rsidRDefault="008C4131" w:rsidP="00857DDB">
            <w:pPr>
              <w:bidi/>
              <w:spacing w:after="0"/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</w:rPr>
            </w:pPr>
            <w:r w:rsidRPr="008C4131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lastRenderedPageBreak/>
              <w:t>بخش دوم: وضع</w:t>
            </w:r>
            <w:r w:rsidRPr="008C4131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یت</w:t>
            </w:r>
            <w:r w:rsidRPr="008C4131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عضو</w:t>
            </w:r>
            <w:r w:rsidRPr="008C4131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یت</w:t>
            </w:r>
            <w:r w:rsidRPr="008C4131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و سابقه فعال</w:t>
            </w:r>
            <w:r w:rsidRPr="008C4131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یت</w:t>
            </w:r>
            <w:r w:rsidRPr="008C4131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در </w:t>
            </w:r>
            <w:r w:rsidRPr="008C4131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</w:rPr>
              <w:t>IEEE</w:t>
            </w:r>
          </w:p>
        </w:tc>
      </w:tr>
      <w:tr w:rsidR="008C4131" w14:paraId="5C8A18A5" w14:textId="77777777" w:rsidTr="00857DDB">
        <w:tc>
          <w:tcPr>
            <w:tcW w:w="10224" w:type="dxa"/>
            <w:tcBorders>
              <w:bottom w:val="single" w:sz="12" w:space="0" w:color="8064A2" w:themeColor="accent4"/>
            </w:tcBorders>
            <w:shd w:val="clear" w:color="auto" w:fill="E5DFEC" w:themeFill="accent4" w:themeFillTint="3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2269C6" w14:textId="77777777" w:rsidR="00913608" w:rsidRPr="00913608" w:rsidRDefault="008C4131" w:rsidP="00857DDB">
            <w:pPr>
              <w:bidi/>
              <w:spacing w:after="60"/>
              <w:rPr>
                <w:rFonts w:asciiTheme="majorBidi" w:hAnsiTheme="majorBidi" w:cs="B Nazanin"/>
                <w:sz w:val="28"/>
                <w:szCs w:val="28"/>
              </w:rPr>
            </w:pPr>
            <w:r w:rsidRPr="00913608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آیا عضو </w:t>
            </w:r>
            <w:r w:rsidRPr="00913608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</w:rPr>
              <w:t>IEEE</w:t>
            </w:r>
            <w:r w:rsidRPr="00913608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هستید؟</w:t>
            </w:r>
            <w:r w:rsidRPr="00913608">
              <w:rPr>
                <w:rFonts w:asciiTheme="majorBidi" w:hAnsiTheme="majorBidi" w:cs="B Nazanin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913608">
              <w:rPr>
                <w:rFonts w:ascii="Segoe UI Symbol" w:hAnsi="Segoe UI Symbol" w:cs="Segoe UI Symbol" w:hint="cs"/>
                <w:sz w:val="28"/>
                <w:szCs w:val="28"/>
                <w:rtl/>
              </w:rPr>
              <w:t>☐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913608">
              <w:rPr>
                <w:rFonts w:ascii="Times New Roman" w:hAnsi="Times New Roman" w:cs="B Nazanin" w:hint="cs"/>
                <w:sz w:val="28"/>
                <w:szCs w:val="28"/>
                <w:rtl/>
              </w:rPr>
              <w:t>بله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   </w:t>
            </w:r>
            <w:r w:rsidRPr="00913608">
              <w:rPr>
                <w:rFonts w:ascii="Segoe UI Symbol" w:hAnsi="Segoe UI Symbol" w:cs="Segoe UI Symbol" w:hint="cs"/>
                <w:sz w:val="28"/>
                <w:szCs w:val="28"/>
                <w:rtl/>
              </w:rPr>
              <w:t>☐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913608">
              <w:rPr>
                <w:rFonts w:ascii="Times New Roman" w:hAnsi="Times New Roman" w:cs="B Nazanin" w:hint="cs"/>
                <w:sz w:val="28"/>
                <w:szCs w:val="28"/>
                <w:rtl/>
              </w:rPr>
              <w:t>خ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یر </w:t>
            </w:r>
          </w:p>
          <w:p w14:paraId="14899C66" w14:textId="5BD56F79" w:rsidR="008C4131" w:rsidRPr="008C4131" w:rsidRDefault="008C4131" w:rsidP="00857DDB">
            <w:pPr>
              <w:pStyle w:val="ListParagraph"/>
              <w:bidi/>
              <w:spacing w:after="60"/>
              <w:ind w:left="360"/>
              <w:rPr>
                <w:rFonts w:asciiTheme="majorBidi" w:hAnsiTheme="majorBidi" w:cs="B Nazanin"/>
                <w:sz w:val="28"/>
                <w:szCs w:val="28"/>
              </w:rPr>
            </w:pPr>
            <w:r w:rsidRPr="008C413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  </w:t>
            </w:r>
          </w:p>
          <w:p w14:paraId="73F9C280" w14:textId="77777777" w:rsidR="008C4131" w:rsidRPr="008C4131" w:rsidRDefault="008C4131" w:rsidP="00857DDB">
            <w:pPr>
              <w:pStyle w:val="ListParagraph"/>
              <w:bidi/>
              <w:spacing w:after="60"/>
              <w:ind w:left="360"/>
              <w:jc w:val="center"/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  <w:r w:rsidRPr="008C4131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>در صورت پاسخ بل</w:t>
            </w:r>
            <w:r w:rsidRPr="008C4131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ه:</w:t>
            </w:r>
          </w:p>
          <w:p w14:paraId="7E41A801" w14:textId="2D971613" w:rsidR="008C4131" w:rsidRDefault="008C4131" w:rsidP="00857DDB">
            <w:pPr>
              <w:pStyle w:val="ListParagraph"/>
              <w:numPr>
                <w:ilvl w:val="0"/>
                <w:numId w:val="14"/>
              </w:numPr>
              <w:bidi/>
              <w:spacing w:after="60"/>
              <w:ind w:left="360"/>
              <w:rPr>
                <w:rFonts w:asciiTheme="majorBidi" w:hAnsiTheme="majorBidi" w:cs="B Nazanin"/>
                <w:sz w:val="28"/>
                <w:szCs w:val="28"/>
              </w:rPr>
            </w:pPr>
            <w:r w:rsidRPr="008C4131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از چه سالی عضو </w:t>
            </w:r>
            <w:r w:rsidRPr="008C4131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</w:rPr>
              <w:t>IEEE</w:t>
            </w:r>
            <w:r w:rsidRPr="008C4131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هستید؟</w:t>
            </w:r>
            <w:r w:rsidRPr="008C413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</w:p>
          <w:p w14:paraId="377C39D1" w14:textId="77777777" w:rsidR="00570387" w:rsidRPr="008C4131" w:rsidRDefault="00570387" w:rsidP="00857DDB">
            <w:pPr>
              <w:pStyle w:val="ListParagraph"/>
              <w:bidi/>
              <w:spacing w:after="60"/>
              <w:ind w:left="360"/>
              <w:rPr>
                <w:rFonts w:asciiTheme="majorBidi" w:hAnsiTheme="majorBidi" w:cs="B Nazanin"/>
                <w:sz w:val="28"/>
                <w:szCs w:val="28"/>
              </w:rPr>
            </w:pPr>
          </w:p>
          <w:p w14:paraId="37D71BFC" w14:textId="1836AB6D" w:rsidR="008C4131" w:rsidRPr="00570387" w:rsidRDefault="008C4131" w:rsidP="00857DDB">
            <w:pPr>
              <w:pStyle w:val="ListParagraph"/>
              <w:numPr>
                <w:ilvl w:val="0"/>
                <w:numId w:val="14"/>
              </w:numPr>
              <w:bidi/>
              <w:spacing w:after="60"/>
              <w:ind w:left="360"/>
              <w:rPr>
                <w:rFonts w:asciiTheme="majorBidi" w:hAnsiTheme="majorBidi" w:cs="B Nazanin"/>
                <w:sz w:val="28"/>
                <w:szCs w:val="28"/>
              </w:rPr>
            </w:pPr>
            <w:r w:rsidRPr="008C4131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شماره عضویت </w:t>
            </w:r>
            <w:r w:rsidRPr="008C4131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</w:rPr>
              <w:t>IEEE</w:t>
            </w:r>
            <w:r w:rsidRPr="008C4131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>، در صورت تمایل:</w:t>
            </w:r>
            <w:r w:rsidRPr="008C4131">
              <w:rPr>
                <w:rFonts w:asciiTheme="majorBidi" w:hAnsiTheme="majorBidi" w:cs="B Nazanin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</w:p>
          <w:p w14:paraId="563B509E" w14:textId="77777777" w:rsidR="00570387" w:rsidRPr="00570387" w:rsidRDefault="00570387" w:rsidP="00857DDB">
            <w:pPr>
              <w:bidi/>
              <w:spacing w:after="60"/>
              <w:rPr>
                <w:rFonts w:asciiTheme="majorBidi" w:hAnsiTheme="majorBidi" w:cs="B Nazanin"/>
                <w:sz w:val="28"/>
                <w:szCs w:val="28"/>
              </w:rPr>
            </w:pPr>
          </w:p>
          <w:p w14:paraId="4A2474B5" w14:textId="4BB9DF99" w:rsidR="008C4131" w:rsidRDefault="008C4131" w:rsidP="00857DDB">
            <w:pPr>
              <w:pStyle w:val="ListParagraph"/>
              <w:numPr>
                <w:ilvl w:val="0"/>
                <w:numId w:val="14"/>
              </w:numPr>
              <w:bidi/>
              <w:spacing w:after="60"/>
              <w:ind w:left="360"/>
              <w:rPr>
                <w:rFonts w:asciiTheme="majorBidi" w:hAnsiTheme="majorBidi" w:cs="B Nazanin"/>
                <w:sz w:val="28"/>
                <w:szCs w:val="28"/>
              </w:rPr>
            </w:pPr>
            <w:r w:rsidRPr="008C4131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در </w:t>
            </w:r>
            <w:r w:rsidRPr="008C4131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</w:rPr>
              <w:t>IEEE</w:t>
            </w:r>
            <w:r w:rsidRPr="008C4131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چه فعالیت‌هایی داشته‌اید؟</w:t>
            </w:r>
            <w:r w:rsidRPr="008C413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8C4131">
              <w:rPr>
                <w:rFonts w:ascii="Segoe UI Symbol" w:hAnsi="Segoe UI Symbol" w:cs="Segoe UI Symbol" w:hint="cs"/>
                <w:sz w:val="26"/>
                <w:szCs w:val="26"/>
                <w:rtl/>
              </w:rPr>
              <w:t>☐</w:t>
            </w:r>
            <w:r w:rsidRPr="008C4131">
              <w:rPr>
                <w:rFonts w:ascii="Times New Roman" w:hAnsi="Times New Roman" w:cs="B Nazanin" w:hint="cs"/>
                <w:sz w:val="26"/>
                <w:szCs w:val="26"/>
                <w:rtl/>
              </w:rPr>
              <w:t>شرکت</w:t>
            </w:r>
            <w:r w:rsidRPr="008C4131">
              <w:rPr>
                <w:rFonts w:asciiTheme="majorBidi" w:hAnsiTheme="majorBidi" w:cs="B Nazanin"/>
                <w:sz w:val="26"/>
                <w:szCs w:val="26"/>
                <w:rtl/>
              </w:rPr>
              <w:t xml:space="preserve"> </w:t>
            </w:r>
            <w:r w:rsidRPr="008C4131">
              <w:rPr>
                <w:rFonts w:ascii="Times New Roman" w:hAnsi="Times New Roman" w:cs="B Nazanin" w:hint="cs"/>
                <w:sz w:val="26"/>
                <w:szCs w:val="26"/>
                <w:rtl/>
              </w:rPr>
              <w:t>در</w:t>
            </w:r>
            <w:r w:rsidRPr="008C4131">
              <w:rPr>
                <w:rFonts w:asciiTheme="majorBidi" w:hAnsiTheme="majorBidi" w:cs="B Nazanin"/>
                <w:sz w:val="26"/>
                <w:szCs w:val="26"/>
                <w:rtl/>
              </w:rPr>
              <w:t xml:space="preserve"> </w:t>
            </w:r>
            <w:r w:rsidRPr="008C4131">
              <w:rPr>
                <w:rFonts w:ascii="Times New Roman" w:hAnsi="Times New Roman" w:cs="B Nazanin" w:hint="cs"/>
                <w:sz w:val="26"/>
                <w:szCs w:val="26"/>
                <w:rtl/>
              </w:rPr>
              <w:t>رو</w:t>
            </w:r>
            <w:r w:rsidRPr="008C4131">
              <w:rPr>
                <w:rFonts w:asciiTheme="majorBidi" w:hAnsiTheme="majorBidi" w:cs="B Nazanin"/>
                <w:sz w:val="26"/>
                <w:szCs w:val="26"/>
                <w:rtl/>
              </w:rPr>
              <w:t xml:space="preserve">یدادها    </w:t>
            </w:r>
            <w:r w:rsidRPr="008C4131">
              <w:rPr>
                <w:rFonts w:ascii="Segoe UI Symbol" w:hAnsi="Segoe UI Symbol" w:cs="Segoe UI Symbol" w:hint="cs"/>
                <w:sz w:val="26"/>
                <w:szCs w:val="26"/>
                <w:rtl/>
              </w:rPr>
              <w:t>☐</w:t>
            </w:r>
            <w:r w:rsidRPr="008C4131">
              <w:rPr>
                <w:rFonts w:ascii="Times New Roman" w:hAnsi="Times New Roman" w:cs="B Nazanin" w:hint="cs"/>
                <w:sz w:val="26"/>
                <w:szCs w:val="26"/>
                <w:rtl/>
              </w:rPr>
              <w:t>برگزار</w:t>
            </w:r>
            <w:r w:rsidRPr="008C4131">
              <w:rPr>
                <w:rFonts w:asciiTheme="majorBidi" w:hAnsiTheme="majorBidi" w:cs="B Nazanin"/>
                <w:sz w:val="26"/>
                <w:szCs w:val="26"/>
                <w:rtl/>
              </w:rPr>
              <w:t xml:space="preserve">ی رویداد    </w:t>
            </w:r>
            <w:r w:rsidRPr="008C4131">
              <w:rPr>
                <w:rFonts w:ascii="Segoe UI Symbol" w:hAnsi="Segoe UI Symbol" w:cs="Segoe UI Symbol" w:hint="cs"/>
                <w:sz w:val="26"/>
                <w:szCs w:val="26"/>
                <w:rtl/>
              </w:rPr>
              <w:t>☐</w:t>
            </w:r>
            <w:r w:rsidRPr="008C4131">
              <w:rPr>
                <w:rFonts w:asciiTheme="majorBidi" w:hAnsiTheme="majorBidi" w:cs="B Nazanin" w:hint="cs"/>
                <w:sz w:val="26"/>
                <w:szCs w:val="26"/>
                <w:rtl/>
              </w:rPr>
              <w:t>فعالیت در شاخه دانشجویی</w:t>
            </w:r>
            <w:r w:rsidRPr="008C4131">
              <w:rPr>
                <w:rFonts w:asciiTheme="majorBidi" w:hAnsiTheme="majorBidi" w:cs="B Nazanin"/>
                <w:sz w:val="26"/>
                <w:szCs w:val="26"/>
                <w:rtl/>
              </w:rPr>
              <w:t xml:space="preserve">    </w:t>
            </w:r>
            <w:r w:rsidRPr="008C4131">
              <w:rPr>
                <w:rFonts w:ascii="Segoe UI Symbol" w:hAnsi="Segoe UI Symbol" w:cs="Segoe UI Symbol" w:hint="cs"/>
                <w:sz w:val="26"/>
                <w:szCs w:val="26"/>
                <w:rtl/>
              </w:rPr>
              <w:t>☐</w:t>
            </w:r>
            <w:r w:rsidRPr="008C4131">
              <w:rPr>
                <w:rFonts w:ascii="Times New Roman" w:hAnsi="Times New Roman" w:cs="B Nazanin" w:hint="cs"/>
                <w:sz w:val="26"/>
                <w:szCs w:val="26"/>
                <w:rtl/>
              </w:rPr>
              <w:t>انتشار</w:t>
            </w:r>
            <w:r w:rsidRPr="008C4131">
              <w:rPr>
                <w:rFonts w:asciiTheme="majorBidi" w:hAnsiTheme="majorBidi" w:cs="B Nazanin"/>
                <w:sz w:val="26"/>
                <w:szCs w:val="26"/>
                <w:rtl/>
              </w:rPr>
              <w:t xml:space="preserve"> </w:t>
            </w:r>
            <w:r w:rsidRPr="008C4131">
              <w:rPr>
                <w:rFonts w:ascii="Times New Roman" w:hAnsi="Times New Roman" w:cs="B Nazanin" w:hint="cs"/>
                <w:sz w:val="26"/>
                <w:szCs w:val="26"/>
                <w:rtl/>
              </w:rPr>
              <w:t>مقاله</w:t>
            </w:r>
            <w:r w:rsidRPr="008C4131">
              <w:rPr>
                <w:rFonts w:asciiTheme="majorBidi" w:hAnsiTheme="majorBidi" w:cs="B Nazanin"/>
                <w:sz w:val="26"/>
                <w:szCs w:val="26"/>
                <w:rtl/>
              </w:rPr>
              <w:t xml:space="preserve">    </w:t>
            </w:r>
            <w:r w:rsidRPr="008C4131">
              <w:rPr>
                <w:rFonts w:ascii="Segoe UI Symbol" w:hAnsi="Segoe UI Symbol" w:cs="Segoe UI Symbol" w:hint="cs"/>
                <w:sz w:val="26"/>
                <w:szCs w:val="26"/>
                <w:rtl/>
              </w:rPr>
              <w:t>☐</w:t>
            </w:r>
            <w:r w:rsidRPr="008C4131">
              <w:rPr>
                <w:rFonts w:ascii="Times New Roman" w:hAnsi="Times New Roman" w:cs="B Nazanin" w:hint="cs"/>
                <w:sz w:val="26"/>
                <w:szCs w:val="26"/>
                <w:rtl/>
              </w:rPr>
              <w:t>منتور</w:t>
            </w:r>
            <w:r w:rsidRPr="008C4131">
              <w:rPr>
                <w:rFonts w:asciiTheme="majorBidi" w:hAnsiTheme="majorBidi" w:cs="B Nazanin"/>
                <w:sz w:val="26"/>
                <w:szCs w:val="26"/>
                <w:rtl/>
              </w:rPr>
              <w:t xml:space="preserve">ینگ/آموزش    </w:t>
            </w:r>
            <w:r w:rsidRPr="008C4131">
              <w:rPr>
                <w:rFonts w:ascii="Segoe UI Symbol" w:hAnsi="Segoe UI Symbol" w:cs="Segoe UI Symbol" w:hint="cs"/>
                <w:sz w:val="26"/>
                <w:szCs w:val="26"/>
                <w:rtl/>
              </w:rPr>
              <w:t>☐</w:t>
            </w:r>
            <w:r w:rsidRPr="008C4131">
              <w:rPr>
                <w:rFonts w:ascii="Times New Roman" w:hAnsi="Times New Roman" w:cs="B Nazanin" w:hint="cs"/>
                <w:sz w:val="26"/>
                <w:szCs w:val="26"/>
                <w:rtl/>
              </w:rPr>
              <w:t>فعال</w:t>
            </w:r>
            <w:r w:rsidRPr="008C4131">
              <w:rPr>
                <w:rFonts w:asciiTheme="majorBidi" w:hAnsiTheme="majorBidi" w:cs="B Nazanin"/>
                <w:sz w:val="26"/>
                <w:szCs w:val="26"/>
                <w:rtl/>
              </w:rPr>
              <w:t xml:space="preserve">یت اجرایی    </w:t>
            </w:r>
            <w:r w:rsidRPr="008C4131">
              <w:rPr>
                <w:rFonts w:ascii="Segoe UI Symbol" w:hAnsi="Segoe UI Symbol" w:cs="Segoe UI Symbol" w:hint="cs"/>
                <w:sz w:val="26"/>
                <w:szCs w:val="26"/>
                <w:rtl/>
              </w:rPr>
              <w:t>☐</w:t>
            </w:r>
            <w:r w:rsidRPr="008C4131">
              <w:rPr>
                <w:rFonts w:ascii="Times New Roman" w:hAnsi="Times New Roman" w:cs="B Nazanin" w:hint="cs"/>
                <w:sz w:val="26"/>
                <w:szCs w:val="26"/>
                <w:rtl/>
              </w:rPr>
              <w:t>سا</w:t>
            </w:r>
            <w:r w:rsidRPr="008C4131">
              <w:rPr>
                <w:rFonts w:asciiTheme="majorBidi" w:hAnsiTheme="majorBidi" w:cs="B Nazanin"/>
                <w:sz w:val="26"/>
                <w:szCs w:val="26"/>
                <w:rtl/>
              </w:rPr>
              <w:t>یر</w:t>
            </w:r>
            <w:r w:rsidRPr="008C413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   </w:t>
            </w:r>
          </w:p>
          <w:p w14:paraId="27AB5576" w14:textId="77777777" w:rsidR="00570387" w:rsidRPr="00570387" w:rsidRDefault="00570387" w:rsidP="00857DDB">
            <w:pPr>
              <w:bidi/>
              <w:spacing w:after="60"/>
              <w:rPr>
                <w:rFonts w:asciiTheme="majorBidi" w:hAnsiTheme="majorBidi" w:cs="B Nazanin"/>
                <w:sz w:val="28"/>
                <w:szCs w:val="28"/>
              </w:rPr>
            </w:pPr>
          </w:p>
          <w:p w14:paraId="749B317B" w14:textId="77777777" w:rsidR="008C4131" w:rsidRPr="008C4131" w:rsidRDefault="008C4131" w:rsidP="00857DDB">
            <w:pPr>
              <w:pStyle w:val="ListParagraph"/>
              <w:numPr>
                <w:ilvl w:val="0"/>
                <w:numId w:val="14"/>
              </w:numPr>
              <w:bidi/>
              <w:spacing w:after="60"/>
              <w:ind w:left="360"/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  <w:r w:rsidRPr="008C4131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شرح کوتاه فعالیت‌ها: </w:t>
            </w:r>
          </w:p>
          <w:p w14:paraId="545F183E" w14:textId="77777777" w:rsidR="00857DDB" w:rsidRDefault="00857DDB" w:rsidP="00857DDB">
            <w:pPr>
              <w:bidi/>
              <w:spacing w:after="60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  <w:p w14:paraId="1AF8DE41" w14:textId="77777777" w:rsidR="00857DDB" w:rsidRDefault="00857DDB" w:rsidP="00857DDB">
            <w:pPr>
              <w:bidi/>
              <w:spacing w:after="60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  <w:p w14:paraId="7D344820" w14:textId="77777777" w:rsidR="00570387" w:rsidRDefault="008C4131" w:rsidP="00857DDB">
            <w:pPr>
              <w:pStyle w:val="ListParagraph"/>
              <w:numPr>
                <w:ilvl w:val="0"/>
                <w:numId w:val="14"/>
              </w:numPr>
              <w:bidi/>
              <w:spacing w:after="60"/>
              <w:ind w:left="360"/>
              <w:rPr>
                <w:rFonts w:asciiTheme="majorBidi" w:hAnsiTheme="majorBidi" w:cs="B Nazanin"/>
                <w:sz w:val="28"/>
                <w:szCs w:val="28"/>
              </w:rPr>
            </w:pPr>
            <w:r w:rsidRPr="008C4131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>آیا در بخش، شاخه یا گروه خاصی مسئولیت داشته‌اید؟</w:t>
            </w:r>
            <w:r w:rsidRPr="008C413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8C4131">
              <w:rPr>
                <w:rFonts w:ascii="Segoe UI Symbol" w:hAnsi="Segoe UI Symbol" w:cs="Segoe UI Symbol" w:hint="cs"/>
                <w:sz w:val="28"/>
                <w:szCs w:val="28"/>
                <w:rtl/>
              </w:rPr>
              <w:t>☐</w:t>
            </w:r>
            <w:r w:rsidRPr="008C413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8C4131">
              <w:rPr>
                <w:rFonts w:ascii="Times New Roman" w:hAnsi="Times New Roman" w:cs="B Nazanin" w:hint="cs"/>
                <w:sz w:val="28"/>
                <w:szCs w:val="28"/>
                <w:rtl/>
              </w:rPr>
              <w:t>بله</w:t>
            </w:r>
            <w:r w:rsidRPr="008C413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   </w:t>
            </w:r>
            <w:r w:rsidRPr="008C4131">
              <w:rPr>
                <w:rFonts w:ascii="Segoe UI Symbol" w:hAnsi="Segoe UI Symbol" w:cs="Segoe UI Symbol" w:hint="cs"/>
                <w:sz w:val="28"/>
                <w:szCs w:val="28"/>
                <w:rtl/>
              </w:rPr>
              <w:t>☐</w:t>
            </w:r>
            <w:r w:rsidRPr="008C413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8C4131">
              <w:rPr>
                <w:rFonts w:ascii="Times New Roman" w:hAnsi="Times New Roman" w:cs="B Nazanin" w:hint="cs"/>
                <w:sz w:val="28"/>
                <w:szCs w:val="28"/>
                <w:rtl/>
              </w:rPr>
              <w:t>خ</w:t>
            </w:r>
            <w:r w:rsidRPr="008C413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یر </w:t>
            </w:r>
          </w:p>
          <w:p w14:paraId="3F4D8102" w14:textId="5D50BB74" w:rsidR="008C4131" w:rsidRPr="008C4131" w:rsidRDefault="008C4131" w:rsidP="00857DDB">
            <w:pPr>
              <w:pStyle w:val="ListParagraph"/>
              <w:bidi/>
              <w:spacing w:after="60"/>
              <w:ind w:left="360"/>
              <w:rPr>
                <w:rFonts w:asciiTheme="majorBidi" w:hAnsiTheme="majorBidi" w:cs="B Nazanin"/>
                <w:sz w:val="28"/>
                <w:szCs w:val="28"/>
              </w:rPr>
            </w:pPr>
            <w:r w:rsidRPr="008C4131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  </w:t>
            </w:r>
          </w:p>
          <w:p w14:paraId="0C29346C" w14:textId="066B59AF" w:rsidR="008C4131" w:rsidRPr="008C4131" w:rsidRDefault="008C4131" w:rsidP="00857DDB">
            <w:pPr>
              <w:pStyle w:val="ListParagraph"/>
              <w:numPr>
                <w:ilvl w:val="0"/>
                <w:numId w:val="14"/>
              </w:numPr>
              <w:bidi/>
              <w:spacing w:after="60"/>
              <w:ind w:left="360"/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  <w:r w:rsidRPr="008C4131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در صورت پاسخ بله، عنوان مسئولیت و مدت فعالیت: </w:t>
            </w:r>
          </w:p>
          <w:p w14:paraId="2C12B6CF" w14:textId="77777777" w:rsidR="00913608" w:rsidRDefault="00913608" w:rsidP="00857DDB">
            <w:pPr>
              <w:pStyle w:val="ListParagraph"/>
              <w:bidi/>
              <w:spacing w:after="60"/>
              <w:ind w:left="360"/>
              <w:jc w:val="center"/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</w:p>
          <w:p w14:paraId="08B7DAE4" w14:textId="77777777" w:rsidR="00913608" w:rsidRDefault="00913608" w:rsidP="00857DDB">
            <w:pPr>
              <w:pStyle w:val="ListParagraph"/>
              <w:bidi/>
              <w:spacing w:after="60"/>
              <w:ind w:left="360"/>
              <w:jc w:val="center"/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</w:p>
          <w:p w14:paraId="0DBBFF60" w14:textId="1E5C73DC" w:rsidR="00913608" w:rsidRPr="008C4131" w:rsidRDefault="00913608" w:rsidP="00857DDB">
            <w:pPr>
              <w:pStyle w:val="ListParagraph"/>
              <w:bidi/>
              <w:spacing w:after="60"/>
              <w:ind w:left="360"/>
              <w:jc w:val="center"/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  <w:r w:rsidRPr="008C4131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در صورت پاسخ </w:t>
            </w:r>
            <w:r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خیر</w:t>
            </w:r>
            <w:r w:rsidRPr="008C4131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:</w:t>
            </w:r>
          </w:p>
          <w:p w14:paraId="30C9827E" w14:textId="77777777" w:rsidR="00570387" w:rsidRDefault="008C4131" w:rsidP="00857DDB">
            <w:pPr>
              <w:pStyle w:val="ListParagraph"/>
              <w:numPr>
                <w:ilvl w:val="0"/>
                <w:numId w:val="15"/>
              </w:numPr>
              <w:bidi/>
              <w:spacing w:after="60"/>
              <w:rPr>
                <w:rFonts w:asciiTheme="majorBidi" w:hAnsiTheme="majorBidi" w:cs="B Nazanin"/>
                <w:sz w:val="28"/>
                <w:szCs w:val="28"/>
              </w:rPr>
            </w:pPr>
            <w:r w:rsidRPr="00913608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آیا از مزایای عضویت در </w:t>
            </w:r>
            <w:r w:rsidRPr="00913608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</w:rPr>
              <w:t>IEEE</w:t>
            </w:r>
            <w:r w:rsidRPr="00913608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اطلاع دارید؟</w:t>
            </w:r>
            <w:r w:rsidRPr="00913608">
              <w:rPr>
                <w:rFonts w:asciiTheme="majorBidi" w:hAnsiTheme="majorBidi" w:cs="B Nazanin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913608">
              <w:rPr>
                <w:rFonts w:ascii="Segoe UI Symbol" w:hAnsi="Segoe UI Symbol" w:cs="Segoe UI Symbol" w:hint="cs"/>
                <w:sz w:val="28"/>
                <w:szCs w:val="28"/>
                <w:rtl/>
              </w:rPr>
              <w:t>☐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913608">
              <w:rPr>
                <w:rFonts w:ascii="Times New Roman" w:hAnsi="Times New Roman" w:cs="B Nazanin" w:hint="cs"/>
                <w:sz w:val="28"/>
                <w:szCs w:val="28"/>
                <w:rtl/>
              </w:rPr>
              <w:t>بله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   </w:t>
            </w:r>
            <w:r w:rsidRPr="00913608">
              <w:rPr>
                <w:rFonts w:ascii="Segoe UI Symbol" w:hAnsi="Segoe UI Symbol" w:cs="Segoe UI Symbol" w:hint="cs"/>
                <w:sz w:val="28"/>
                <w:szCs w:val="28"/>
                <w:rtl/>
              </w:rPr>
              <w:t>☐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913608">
              <w:rPr>
                <w:rFonts w:ascii="Times New Roman" w:hAnsi="Times New Roman" w:cs="B Nazanin" w:hint="cs"/>
                <w:sz w:val="28"/>
                <w:szCs w:val="28"/>
                <w:rtl/>
              </w:rPr>
              <w:t>خ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>یر، نیاز به توضیح بیشتر دارم</w:t>
            </w:r>
          </w:p>
          <w:p w14:paraId="02E73AAC" w14:textId="59BFDE8C" w:rsidR="008C4131" w:rsidRPr="00913608" w:rsidRDefault="008C4131" w:rsidP="00857DDB">
            <w:pPr>
              <w:pStyle w:val="ListParagraph"/>
              <w:bidi/>
              <w:spacing w:after="60"/>
              <w:ind w:left="360"/>
              <w:rPr>
                <w:rFonts w:asciiTheme="majorBidi" w:hAnsiTheme="majorBidi" w:cs="B Nazanin"/>
                <w:sz w:val="28"/>
                <w:szCs w:val="28"/>
              </w:rPr>
            </w:pP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   </w:t>
            </w:r>
          </w:p>
          <w:p w14:paraId="7BC2825E" w14:textId="182F54BF" w:rsidR="008C4131" w:rsidRDefault="008C4131" w:rsidP="00857DDB">
            <w:pPr>
              <w:pStyle w:val="ListParagraph"/>
              <w:numPr>
                <w:ilvl w:val="0"/>
                <w:numId w:val="15"/>
              </w:numPr>
              <w:bidi/>
              <w:spacing w:after="60"/>
              <w:rPr>
                <w:rFonts w:asciiTheme="majorBidi" w:hAnsiTheme="majorBidi" w:cs="B Nazanin"/>
                <w:sz w:val="28"/>
                <w:szCs w:val="28"/>
              </w:rPr>
            </w:pPr>
            <w:r w:rsidRPr="00913608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آیا مایل هستید برای عضویت شما در </w:t>
            </w:r>
            <w:r w:rsidRPr="00913608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</w:rPr>
              <w:t>IEEE</w:t>
            </w:r>
            <w:r w:rsidRPr="00913608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راهنمایی یا اقدام لازم انجام شود؟</w:t>
            </w:r>
            <w:r w:rsidRPr="00913608">
              <w:rPr>
                <w:rFonts w:asciiTheme="majorBidi" w:hAnsiTheme="majorBidi" w:cs="B Nazanin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913608">
              <w:rPr>
                <w:rFonts w:ascii="Segoe UI Symbol" w:hAnsi="Segoe UI Symbol" w:cs="Segoe UI Symbol" w:hint="cs"/>
                <w:sz w:val="28"/>
                <w:szCs w:val="28"/>
                <w:rtl/>
              </w:rPr>
              <w:t>☐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913608">
              <w:rPr>
                <w:rFonts w:ascii="Times New Roman" w:hAnsi="Times New Roman" w:cs="B Nazanin" w:hint="cs"/>
                <w:sz w:val="28"/>
                <w:szCs w:val="28"/>
                <w:rtl/>
              </w:rPr>
              <w:t>بله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   </w:t>
            </w:r>
            <w:r w:rsidRPr="00913608">
              <w:rPr>
                <w:rFonts w:ascii="Segoe UI Symbol" w:hAnsi="Segoe UI Symbol" w:cs="Segoe UI Symbol" w:hint="cs"/>
                <w:sz w:val="28"/>
                <w:szCs w:val="28"/>
                <w:rtl/>
              </w:rPr>
              <w:t>☐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913608">
              <w:rPr>
                <w:rFonts w:ascii="Times New Roman" w:hAnsi="Times New Roman" w:cs="B Nazanin" w:hint="cs"/>
                <w:sz w:val="28"/>
                <w:szCs w:val="28"/>
                <w:rtl/>
              </w:rPr>
              <w:t>خ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یر    </w:t>
            </w:r>
            <w:r w:rsidR="00570387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</w:t>
            </w:r>
            <w:r w:rsidRPr="00913608">
              <w:rPr>
                <w:rFonts w:ascii="Segoe UI Symbol" w:hAnsi="Segoe UI Symbol" w:cs="Segoe UI Symbol" w:hint="cs"/>
                <w:sz w:val="28"/>
                <w:szCs w:val="28"/>
                <w:rtl/>
              </w:rPr>
              <w:t>☐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913608">
              <w:rPr>
                <w:rFonts w:ascii="Times New Roman" w:hAnsi="Times New Roman" w:cs="B Nazanin" w:hint="cs"/>
                <w:sz w:val="28"/>
                <w:szCs w:val="28"/>
                <w:rtl/>
              </w:rPr>
              <w:t>فعلا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913608">
              <w:rPr>
                <w:rFonts w:ascii="Times New Roman" w:hAnsi="Times New Roman" w:cs="B Nazanin" w:hint="cs"/>
                <w:sz w:val="28"/>
                <w:szCs w:val="28"/>
                <w:rtl/>
              </w:rPr>
              <w:t>ن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یاز به توضیح بیشتر دارم    </w:t>
            </w:r>
          </w:p>
          <w:p w14:paraId="3AC40F0C" w14:textId="77777777" w:rsidR="00570387" w:rsidRPr="00570387" w:rsidRDefault="00570387" w:rsidP="00857DDB">
            <w:pPr>
              <w:bidi/>
              <w:spacing w:after="60"/>
              <w:rPr>
                <w:rFonts w:asciiTheme="majorBidi" w:hAnsiTheme="majorBidi" w:cs="B Nazanin"/>
                <w:sz w:val="28"/>
                <w:szCs w:val="28"/>
              </w:rPr>
            </w:pPr>
          </w:p>
          <w:p w14:paraId="339E575B" w14:textId="70103E98" w:rsidR="008C4131" w:rsidRPr="00913608" w:rsidRDefault="008C4131" w:rsidP="00857DDB">
            <w:pPr>
              <w:pStyle w:val="ListParagraph"/>
              <w:numPr>
                <w:ilvl w:val="0"/>
                <w:numId w:val="15"/>
              </w:numPr>
              <w:bidi/>
              <w:spacing w:after="60"/>
              <w:rPr>
                <w:rFonts w:asciiTheme="majorBidi" w:hAnsiTheme="majorBidi" w:cs="B Nazanin"/>
              </w:rPr>
            </w:pPr>
            <w:r w:rsidRPr="00913608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>نوع عضویت احتمالی مورد نظر:</w:t>
            </w:r>
            <w:r w:rsidRPr="00913608">
              <w:rPr>
                <w:rFonts w:asciiTheme="majorBidi" w:hAnsiTheme="majorBidi" w:cs="B Nazanin"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913608">
              <w:rPr>
                <w:rFonts w:ascii="Segoe UI Symbol" w:hAnsi="Segoe UI Symbol" w:cs="Segoe UI Symbol" w:hint="cs"/>
                <w:sz w:val="28"/>
                <w:szCs w:val="28"/>
                <w:rtl/>
              </w:rPr>
              <w:t>☐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913608">
              <w:rPr>
                <w:rFonts w:ascii="Times New Roman" w:hAnsi="Times New Roman" w:cs="B Nazanin" w:hint="cs"/>
                <w:sz w:val="28"/>
                <w:szCs w:val="28"/>
                <w:rtl/>
              </w:rPr>
              <w:t>دانشجو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یی    </w:t>
            </w:r>
            <w:r w:rsidRPr="00913608">
              <w:rPr>
                <w:rFonts w:ascii="Segoe UI Symbol" w:hAnsi="Segoe UI Symbol" w:cs="Segoe UI Symbol" w:hint="cs"/>
                <w:sz w:val="28"/>
                <w:szCs w:val="28"/>
                <w:rtl/>
              </w:rPr>
              <w:t>☐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913608">
              <w:rPr>
                <w:rFonts w:ascii="Times New Roman" w:hAnsi="Times New Roman" w:cs="B Nazanin" w:hint="cs"/>
                <w:sz w:val="28"/>
                <w:szCs w:val="28"/>
                <w:rtl/>
              </w:rPr>
              <w:t>حرفه‌ا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ی    </w:t>
            </w:r>
            <w:r w:rsidRPr="00913608">
              <w:rPr>
                <w:rFonts w:ascii="Segoe UI Symbol" w:hAnsi="Segoe UI Symbol" w:cs="Segoe UI Symbol" w:hint="cs"/>
                <w:sz w:val="28"/>
                <w:szCs w:val="28"/>
                <w:rtl/>
              </w:rPr>
              <w:t>☐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913608">
              <w:rPr>
                <w:rFonts w:ascii="Times New Roman" w:hAnsi="Times New Roman" w:cs="B Nazanin" w:hint="cs"/>
                <w:sz w:val="28"/>
                <w:szCs w:val="28"/>
                <w:rtl/>
              </w:rPr>
              <w:t>مطمئن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  <w:r w:rsidRPr="00913608">
              <w:rPr>
                <w:rFonts w:ascii="Times New Roman" w:hAnsi="Times New Roman" w:cs="B Nazanin" w:hint="cs"/>
                <w:sz w:val="28"/>
                <w:szCs w:val="28"/>
                <w:rtl/>
              </w:rPr>
              <w:t>ن</w:t>
            </w:r>
            <w:r w:rsidRPr="00913608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یستم    </w:t>
            </w:r>
          </w:p>
        </w:tc>
      </w:tr>
    </w:tbl>
    <w:p w14:paraId="7A4D2975" w14:textId="77777777" w:rsidR="001F1F3A" w:rsidRPr="00EC1332" w:rsidRDefault="001F1F3A">
      <w:pPr>
        <w:rPr>
          <w:sz w:val="10"/>
          <w:szCs w:val="10"/>
          <w:rtl/>
        </w:rPr>
      </w:pPr>
    </w:p>
    <w:tbl>
      <w:tblPr>
        <w:tblW w:w="10224" w:type="dxa"/>
        <w:jc w:val="center"/>
        <w:tblBorders>
          <w:top w:val="single" w:sz="12" w:space="0" w:color="8064A2" w:themeColor="accent4"/>
          <w:left w:val="single" w:sz="12" w:space="0" w:color="8064A2" w:themeColor="accent4"/>
          <w:bottom w:val="single" w:sz="12" w:space="0" w:color="8064A2" w:themeColor="accent4"/>
          <w:right w:val="single" w:sz="12" w:space="0" w:color="8064A2" w:themeColor="accent4"/>
          <w:insideH w:val="single" w:sz="12" w:space="0" w:color="8064A2" w:themeColor="accent4"/>
          <w:insideV w:val="single" w:sz="12" w:space="0" w:color="8064A2" w:themeColor="accent4"/>
        </w:tblBorders>
        <w:tblLayout w:type="fixed"/>
        <w:tblLook w:val="04A0" w:firstRow="1" w:lastRow="0" w:firstColumn="1" w:lastColumn="0" w:noHBand="0" w:noVBand="1"/>
      </w:tblPr>
      <w:tblGrid>
        <w:gridCol w:w="10224"/>
      </w:tblGrid>
      <w:tr w:rsidR="00913608" w14:paraId="23CDFC7D" w14:textId="77777777" w:rsidTr="00327AC3">
        <w:trPr>
          <w:jc w:val="center"/>
        </w:trPr>
        <w:tc>
          <w:tcPr>
            <w:tcW w:w="10224" w:type="dxa"/>
            <w:shd w:val="clear" w:color="auto" w:fill="CCC0D9" w:themeFill="accent4" w:themeFillTint="6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D4ED1A9" w14:textId="078346DA" w:rsidR="00913608" w:rsidRPr="006364AB" w:rsidRDefault="00913608" w:rsidP="00327AC3">
            <w:pPr>
              <w:bidi/>
              <w:spacing w:after="0"/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</w:rPr>
            </w:pPr>
            <w:r w:rsidRPr="00913608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lastRenderedPageBreak/>
              <w:t>بخش سوم: انگ</w:t>
            </w:r>
            <w:r w:rsidRPr="00913608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یزه،</w:t>
            </w:r>
            <w:r w:rsidRPr="00913608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توانمند</w:t>
            </w:r>
            <w:r w:rsidRPr="00913608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ی‌ها</w:t>
            </w:r>
            <w:r w:rsidRPr="00913608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و م</w:t>
            </w:r>
            <w:r w:rsidRPr="00913608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یزان</w:t>
            </w:r>
            <w:r w:rsidRPr="00913608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همکار</w:t>
            </w:r>
            <w:r w:rsidRPr="00913608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</w:t>
            </w:r>
            <w:r w:rsidRPr="00913608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با کم</w:t>
            </w:r>
            <w:r w:rsidRPr="00913608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یته</w:t>
            </w:r>
            <w:r w:rsid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زنان در مهندسی</w:t>
            </w:r>
          </w:p>
        </w:tc>
      </w:tr>
      <w:tr w:rsidR="00913608" w14:paraId="59CCB3A3" w14:textId="77777777" w:rsidTr="00327AC3">
        <w:trPr>
          <w:jc w:val="center"/>
        </w:trPr>
        <w:tc>
          <w:tcPr>
            <w:tcW w:w="10224" w:type="dxa"/>
            <w:tcBorders>
              <w:bottom w:val="single" w:sz="12" w:space="0" w:color="8064A2" w:themeColor="accent4"/>
            </w:tcBorders>
            <w:shd w:val="clear" w:color="auto" w:fill="E5DFEC" w:themeFill="accent4" w:themeFillTint="3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CE17B56" w14:textId="17E7478A" w:rsidR="00913608" w:rsidRPr="00570387" w:rsidRDefault="00913608" w:rsidP="00570387">
            <w:pPr>
              <w:pStyle w:val="ListParagraph"/>
              <w:numPr>
                <w:ilvl w:val="0"/>
                <w:numId w:val="16"/>
              </w:numPr>
              <w:bidi/>
              <w:spacing w:after="60"/>
              <w:ind w:left="360"/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>هدف خود را از داوطلب شدن برا</w:t>
            </w: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عضو</w:t>
            </w: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یت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در </w:t>
            </w:r>
            <w:r w:rsid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این کمیته، به صورت خلاصه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0856FF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بیان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فرما</w:t>
            </w: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یید:</w:t>
            </w:r>
          </w:p>
          <w:p w14:paraId="6A698F56" w14:textId="77777777" w:rsidR="00913608" w:rsidRDefault="00913608" w:rsidP="00570387">
            <w:pPr>
              <w:bidi/>
              <w:spacing w:after="60"/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</w:p>
          <w:p w14:paraId="46756116" w14:textId="77777777" w:rsidR="00570387" w:rsidRPr="00913608" w:rsidRDefault="00570387" w:rsidP="00570387">
            <w:pPr>
              <w:bidi/>
              <w:spacing w:after="60"/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</w:p>
          <w:p w14:paraId="314134E5" w14:textId="77777777" w:rsidR="00570387" w:rsidRPr="00570387" w:rsidRDefault="00913608" w:rsidP="00570387">
            <w:pPr>
              <w:pStyle w:val="ListParagraph"/>
              <w:numPr>
                <w:ilvl w:val="0"/>
                <w:numId w:val="16"/>
              </w:numPr>
              <w:bidi/>
              <w:spacing w:after="60"/>
              <w:ind w:left="360"/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</w:pP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در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چه زم</w:t>
            </w: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ینه‌هایی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م</w:t>
            </w: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ی‌توانید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به کم</w:t>
            </w: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یته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کمک کن</w:t>
            </w: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ید؟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570387">
              <w:rPr>
                <w:rFonts w:ascii="Segoe UI Symbol" w:hAnsi="Segoe UI Symbol" w:cs="Segoe UI Symbol" w:hint="cs"/>
                <w:color w:val="000000" w:themeColor="text1"/>
                <w:sz w:val="26"/>
                <w:szCs w:val="26"/>
                <w:rtl/>
              </w:rPr>
              <w:t>☐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رویداد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   </w:t>
            </w:r>
            <w:r w:rsidRPr="00570387">
              <w:rPr>
                <w:rFonts w:ascii="Segoe UI Symbol" w:hAnsi="Segoe UI Symbol" w:cs="Segoe UI Symbol" w:hint="cs"/>
                <w:color w:val="000000" w:themeColor="text1"/>
                <w:sz w:val="26"/>
                <w:szCs w:val="26"/>
                <w:rtl/>
              </w:rPr>
              <w:t>☐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آموزش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>/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وبینار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   </w:t>
            </w:r>
            <w:r w:rsidRPr="00570387">
              <w:rPr>
                <w:rFonts w:ascii="Segoe UI Symbol" w:hAnsi="Segoe UI Symbol" w:cs="Segoe UI Symbol" w:hint="cs"/>
                <w:color w:val="000000" w:themeColor="text1"/>
                <w:sz w:val="26"/>
                <w:szCs w:val="26"/>
                <w:rtl/>
              </w:rPr>
              <w:t>☐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منتورینگ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   </w:t>
            </w:r>
            <w:r w:rsidRPr="00570387">
              <w:rPr>
                <w:rFonts w:ascii="Segoe UI Symbol" w:hAnsi="Segoe UI Symbol" w:cs="Segoe UI Symbol" w:hint="cs"/>
                <w:color w:val="000000" w:themeColor="text1"/>
                <w:sz w:val="26"/>
                <w:szCs w:val="26"/>
                <w:rtl/>
              </w:rPr>
              <w:t>☐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ارتباط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با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دانشگاه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   </w:t>
            </w:r>
            <w:r w:rsidRPr="00570387">
              <w:rPr>
                <w:rFonts w:ascii="Segoe UI Symbol" w:hAnsi="Segoe UI Symbol" w:cs="Segoe UI Symbol" w:hint="cs"/>
                <w:color w:val="000000" w:themeColor="text1"/>
                <w:sz w:val="26"/>
                <w:szCs w:val="26"/>
                <w:rtl/>
              </w:rPr>
              <w:t>☐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ارتباط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با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صنعت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   </w:t>
            </w:r>
            <w:r w:rsidRPr="00570387">
              <w:rPr>
                <w:rFonts w:ascii="Segoe UI Symbol" w:hAnsi="Segoe UI Symbol" w:cs="Segoe UI Symbol" w:hint="cs"/>
                <w:color w:val="000000" w:themeColor="text1"/>
                <w:sz w:val="26"/>
                <w:szCs w:val="26"/>
                <w:rtl/>
              </w:rPr>
              <w:t>☐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جذب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عضو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   </w:t>
            </w:r>
            <w:r w:rsidRPr="00570387">
              <w:rPr>
                <w:rFonts w:ascii="Segoe UI Symbol" w:hAnsi="Segoe UI Symbol" w:cs="Segoe UI Symbol" w:hint="cs"/>
                <w:color w:val="000000" w:themeColor="text1"/>
                <w:sz w:val="26"/>
                <w:szCs w:val="26"/>
                <w:rtl/>
              </w:rPr>
              <w:t>☐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رسانه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و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محتوا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   </w:t>
            </w:r>
            <w:r w:rsidRPr="00570387">
              <w:rPr>
                <w:rFonts w:ascii="Segoe UI Symbol" w:hAnsi="Segoe UI Symbol" w:cs="Segoe UI Symbol" w:hint="cs"/>
                <w:color w:val="000000" w:themeColor="text1"/>
                <w:sz w:val="26"/>
                <w:szCs w:val="26"/>
                <w:rtl/>
              </w:rPr>
              <w:t>☐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گرافیک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>/و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یدئو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   </w:t>
            </w:r>
            <w:r w:rsidRPr="00570387">
              <w:rPr>
                <w:rFonts w:ascii="Segoe UI Symbol" w:hAnsi="Segoe UI Symbol" w:cs="Segoe UI Symbol" w:hint="cs"/>
                <w:color w:val="000000" w:themeColor="text1"/>
                <w:sz w:val="26"/>
                <w:szCs w:val="26"/>
                <w:rtl/>
              </w:rPr>
              <w:t>☐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ترجمه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   </w:t>
            </w:r>
            <w:r w:rsidRPr="00570387">
              <w:rPr>
                <w:rFonts w:ascii="Segoe UI Symbol" w:hAnsi="Segoe UI Symbol" w:cs="Segoe UI Symbol" w:hint="cs"/>
                <w:color w:val="000000" w:themeColor="text1"/>
                <w:sz w:val="26"/>
                <w:szCs w:val="26"/>
                <w:rtl/>
              </w:rPr>
              <w:t>☐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پژوهش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و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گزارش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   </w:t>
            </w:r>
            <w:r w:rsidRPr="00570387">
              <w:rPr>
                <w:rFonts w:ascii="Segoe UI Symbol" w:hAnsi="Segoe UI Symbol" w:cs="Segoe UI Symbol" w:hint="cs"/>
                <w:color w:val="000000" w:themeColor="text1"/>
                <w:sz w:val="26"/>
                <w:szCs w:val="26"/>
                <w:rtl/>
              </w:rPr>
              <w:t>☐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اسپانسر</w:t>
            </w:r>
            <w:r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</w:rPr>
              <w:t xml:space="preserve">    </w:t>
            </w:r>
            <w:r w:rsidRPr="00570387">
              <w:rPr>
                <w:rFonts w:ascii="Segoe UI Symbol" w:hAnsi="Segoe UI Symbol" w:cs="Segoe UI Symbol" w:hint="cs"/>
                <w:color w:val="000000" w:themeColor="text1"/>
                <w:sz w:val="26"/>
                <w:szCs w:val="26"/>
                <w:rtl/>
              </w:rPr>
              <w:t>☐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سایر</w:t>
            </w:r>
          </w:p>
          <w:p w14:paraId="51456F27" w14:textId="284B3838" w:rsidR="00913608" w:rsidRPr="00570387" w:rsidRDefault="00913608" w:rsidP="000856FF">
            <w:pPr>
              <w:pStyle w:val="ListParagraph"/>
              <w:bidi/>
              <w:spacing w:after="60"/>
              <w:ind w:left="360"/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</w:p>
          <w:p w14:paraId="350573E8" w14:textId="77777777" w:rsidR="00570387" w:rsidRPr="00570387" w:rsidRDefault="00913608" w:rsidP="00570387">
            <w:pPr>
              <w:pStyle w:val="ListParagraph"/>
              <w:numPr>
                <w:ilvl w:val="0"/>
                <w:numId w:val="16"/>
              </w:numPr>
              <w:bidi/>
              <w:spacing w:after="60"/>
              <w:ind w:left="360"/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چه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مهارت‌ها، تجربه‌ها </w:t>
            </w: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یا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ارتباطات مرتبط با اهداف کم</w:t>
            </w: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یته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دار</w:t>
            </w: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ید؟</w:t>
            </w:r>
          </w:p>
          <w:p w14:paraId="7D663CB6" w14:textId="21F8E983" w:rsidR="00913608" w:rsidRPr="00913608" w:rsidRDefault="00913608" w:rsidP="00570387">
            <w:pPr>
              <w:bidi/>
              <w:spacing w:after="60"/>
              <w:ind w:left="-360" w:firstLine="72"/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</w:p>
          <w:p w14:paraId="5633FB64" w14:textId="0B7AC600" w:rsidR="00913608" w:rsidRPr="00570387" w:rsidRDefault="00570387" w:rsidP="00570387">
            <w:pPr>
              <w:pStyle w:val="ListParagraph"/>
              <w:numPr>
                <w:ilvl w:val="0"/>
                <w:numId w:val="16"/>
              </w:numPr>
              <w:bidi/>
              <w:spacing w:after="60"/>
              <w:ind w:left="360"/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</w:pP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حداقل </w:t>
            </w:r>
            <w:r w:rsidR="00913608"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چه</w:t>
            </w:r>
            <w:r w:rsidR="00913608"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مدت زمان</w:t>
            </w:r>
            <w:r w:rsidR="00913608"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</w:t>
            </w:r>
            <w:r w:rsidR="00913608"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را در هفته م</w:t>
            </w:r>
            <w:r w:rsidR="00913608"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ی‌توانید</w:t>
            </w:r>
            <w:r w:rsidR="00913608"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به کارها</w:t>
            </w:r>
            <w:r w:rsidR="00913608"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</w:t>
            </w:r>
            <w:r w:rsidR="00913608"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کم</w:t>
            </w:r>
            <w:r w:rsidR="00913608"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یته</w:t>
            </w:r>
            <w:r w:rsidR="00913608"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اختصاص ده</w:t>
            </w:r>
            <w:r w:rsidR="00913608"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ید؟</w:t>
            </w:r>
            <w:r w:rsidR="00913608"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913608" w:rsidRPr="00570387">
              <w:rPr>
                <w:rFonts w:ascii="Segoe UI Symbol" w:hAnsi="Segoe UI Symbol" w:cs="Segoe UI Symbol" w:hint="cs"/>
                <w:color w:val="000000" w:themeColor="text1"/>
                <w:sz w:val="26"/>
                <w:szCs w:val="26"/>
                <w:rtl/>
              </w:rPr>
              <w:t>☐</w:t>
            </w:r>
            <w:r w:rsidR="00913608"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13608"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  <w:lang w:bidi="fa-IR"/>
              </w:rPr>
              <w:t>۱</w:t>
            </w:r>
            <w:r w:rsidR="00913608"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تا </w:t>
            </w:r>
            <w:r w:rsidR="00913608"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  <w:lang w:bidi="fa-IR"/>
              </w:rPr>
              <w:t>۲</w:t>
            </w:r>
            <w:r w:rsidR="00913608"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ساعت    </w:t>
            </w:r>
            <w:r w:rsidR="00913608" w:rsidRPr="00570387">
              <w:rPr>
                <w:rFonts w:ascii="Segoe UI Symbol" w:hAnsi="Segoe UI Symbol" w:cs="Segoe UI Symbol" w:hint="cs"/>
                <w:color w:val="000000" w:themeColor="text1"/>
                <w:sz w:val="26"/>
                <w:szCs w:val="26"/>
                <w:rtl/>
              </w:rPr>
              <w:t>☐</w:t>
            </w:r>
            <w:r w:rsidR="00913608"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13608"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  <w:lang w:bidi="fa-IR"/>
              </w:rPr>
              <w:t>۳</w:t>
            </w:r>
            <w:r w:rsidR="00913608"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تا </w:t>
            </w:r>
            <w:r w:rsidR="00913608"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  <w:lang w:bidi="fa-IR"/>
              </w:rPr>
              <w:t>۵</w:t>
            </w:r>
            <w:r w:rsidR="00913608"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ساعت    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13608" w:rsidRPr="00570387">
              <w:rPr>
                <w:rFonts w:ascii="Segoe UI Symbol" w:hAnsi="Segoe UI Symbol" w:cs="Segoe UI Symbol" w:hint="cs"/>
                <w:color w:val="000000" w:themeColor="text1"/>
                <w:sz w:val="26"/>
                <w:szCs w:val="26"/>
                <w:rtl/>
              </w:rPr>
              <w:t>☐</w:t>
            </w:r>
            <w:r w:rsidR="00913608"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13608"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  <w:lang w:bidi="fa-IR"/>
              </w:rPr>
              <w:t>۶</w:t>
            </w:r>
            <w:r w:rsidR="00913608"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تا </w:t>
            </w:r>
            <w:r w:rsidR="00913608"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  <w:lang w:bidi="fa-IR"/>
              </w:rPr>
              <w:t>۱۰</w:t>
            </w:r>
            <w:r w:rsidR="00913608"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ساعت    </w:t>
            </w:r>
            <w:r w:rsidR="00913608" w:rsidRPr="00570387">
              <w:rPr>
                <w:rFonts w:ascii="Segoe UI Symbol" w:hAnsi="Segoe UI Symbol" w:cs="Segoe UI Symbol" w:hint="cs"/>
                <w:color w:val="000000" w:themeColor="text1"/>
                <w:sz w:val="26"/>
                <w:szCs w:val="26"/>
                <w:rtl/>
              </w:rPr>
              <w:t>☐</w:t>
            </w:r>
            <w:r w:rsidR="00913608"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13608" w:rsidRPr="00570387">
              <w:rPr>
                <w:rFonts w:asciiTheme="majorBidi" w:hAnsiTheme="majorBidi" w:cs="B Nazanin" w:hint="cs"/>
                <w:color w:val="000000" w:themeColor="text1"/>
                <w:sz w:val="26"/>
                <w:szCs w:val="26"/>
                <w:rtl/>
              </w:rPr>
              <w:t>بیشتر</w:t>
            </w:r>
            <w:r w:rsidR="00913608"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از </w:t>
            </w:r>
            <w:r w:rsidR="00913608"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  <w:lang w:bidi="fa-IR"/>
              </w:rPr>
              <w:t>۱۰</w:t>
            </w:r>
            <w:r w:rsidR="00913608" w:rsidRPr="00570387"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  <w:t xml:space="preserve"> ساعت    </w:t>
            </w:r>
          </w:p>
          <w:p w14:paraId="3265FC8E" w14:textId="77777777" w:rsidR="00570387" w:rsidRPr="00570387" w:rsidRDefault="00570387" w:rsidP="00570387">
            <w:pPr>
              <w:bidi/>
              <w:spacing w:after="60"/>
              <w:rPr>
                <w:rFonts w:asciiTheme="majorBidi" w:hAnsiTheme="majorBidi" w:cs="B Nazanin"/>
                <w:color w:val="000000" w:themeColor="text1"/>
                <w:sz w:val="26"/>
                <w:szCs w:val="26"/>
                <w:rtl/>
              </w:rPr>
            </w:pPr>
          </w:p>
          <w:p w14:paraId="78A65FCB" w14:textId="77777777" w:rsidR="00570387" w:rsidRPr="00570387" w:rsidRDefault="00913608" w:rsidP="00570387">
            <w:pPr>
              <w:pStyle w:val="ListParagraph"/>
              <w:numPr>
                <w:ilvl w:val="0"/>
                <w:numId w:val="16"/>
              </w:numPr>
              <w:bidi/>
              <w:spacing w:after="60"/>
              <w:ind w:left="360"/>
              <w:rPr>
                <w:rFonts w:asciiTheme="majorBidi" w:hAnsiTheme="majorBidi" w:cs="B Nazanin"/>
                <w:color w:val="000000" w:themeColor="text1"/>
                <w:sz w:val="28"/>
                <w:szCs w:val="28"/>
                <w:rtl/>
              </w:rPr>
            </w:pP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آیا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ما</w:t>
            </w: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یل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به پذ</w:t>
            </w: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یرش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مسئول</w:t>
            </w: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یت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مشخص در کم</w:t>
            </w: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یته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هست</w:t>
            </w: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ید؟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Pr="00570387">
              <w:rPr>
                <w:rFonts w:ascii="Segoe UI Symbol" w:hAnsi="Segoe UI Symbol" w:cs="Segoe UI Symbol" w:hint="cs"/>
                <w:color w:val="000000" w:themeColor="text1"/>
                <w:sz w:val="28"/>
                <w:szCs w:val="28"/>
                <w:rtl/>
              </w:rPr>
              <w:t>☐</w:t>
            </w:r>
            <w:r w:rsidRPr="00570387">
              <w:rPr>
                <w:rFonts w:asciiTheme="majorBidi" w:hAnsiTheme="majorBidi"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8"/>
                <w:szCs w:val="28"/>
                <w:rtl/>
              </w:rPr>
              <w:t>بله</w:t>
            </w:r>
            <w:r w:rsidRPr="00570387">
              <w:rPr>
                <w:rFonts w:asciiTheme="majorBidi" w:hAnsiTheme="majorBidi" w:cs="B Nazanin"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570387">
              <w:rPr>
                <w:rFonts w:ascii="Segoe UI Symbol" w:hAnsi="Segoe UI Symbol" w:cs="Segoe UI Symbol" w:hint="cs"/>
                <w:color w:val="000000" w:themeColor="text1"/>
                <w:sz w:val="28"/>
                <w:szCs w:val="28"/>
                <w:rtl/>
              </w:rPr>
              <w:t>☐</w:t>
            </w:r>
            <w:r w:rsidRPr="00570387">
              <w:rPr>
                <w:rFonts w:asciiTheme="majorBidi" w:hAnsiTheme="majorBidi"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8"/>
                <w:szCs w:val="28"/>
                <w:rtl/>
              </w:rPr>
              <w:t>خیر</w:t>
            </w:r>
            <w:r w:rsidRPr="00570387">
              <w:rPr>
                <w:rFonts w:asciiTheme="majorBidi" w:hAnsiTheme="majorBidi" w:cs="B Nazanin"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570387">
              <w:rPr>
                <w:rFonts w:ascii="Segoe UI Symbol" w:hAnsi="Segoe UI Symbol" w:cs="Segoe UI Symbol" w:hint="cs"/>
                <w:color w:val="000000" w:themeColor="text1"/>
                <w:sz w:val="28"/>
                <w:szCs w:val="28"/>
                <w:rtl/>
              </w:rPr>
              <w:t>☐</w:t>
            </w:r>
            <w:r w:rsidRPr="00570387">
              <w:rPr>
                <w:rFonts w:asciiTheme="majorBidi" w:hAnsiTheme="majorBidi"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8"/>
                <w:szCs w:val="28"/>
                <w:rtl/>
              </w:rPr>
              <w:t>پس</w:t>
            </w:r>
            <w:r w:rsidRPr="00570387">
              <w:rPr>
                <w:rFonts w:asciiTheme="majorBidi" w:hAnsiTheme="majorBidi"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8"/>
                <w:szCs w:val="28"/>
                <w:rtl/>
              </w:rPr>
              <w:t>از</w:t>
            </w:r>
            <w:r w:rsidRPr="00570387">
              <w:rPr>
                <w:rFonts w:asciiTheme="majorBidi" w:hAnsiTheme="majorBidi"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8"/>
                <w:szCs w:val="28"/>
                <w:rtl/>
              </w:rPr>
              <w:t>آشنایی</w:t>
            </w:r>
            <w:r w:rsidRPr="00570387">
              <w:rPr>
                <w:rFonts w:asciiTheme="majorBidi" w:hAnsiTheme="majorBidi" w:cs="B Nazanin"/>
                <w:color w:val="000000" w:themeColor="text1"/>
                <w:sz w:val="28"/>
                <w:szCs w:val="28"/>
                <w:rtl/>
              </w:rPr>
              <w:t xml:space="preserve"> ب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8"/>
                <w:szCs w:val="28"/>
                <w:rtl/>
              </w:rPr>
              <w:t>یشتر</w:t>
            </w:r>
            <w:r w:rsidRPr="00570387">
              <w:rPr>
                <w:rFonts w:asciiTheme="majorBidi" w:hAnsiTheme="majorBidi" w:cs="B Nazanin"/>
                <w:color w:val="000000" w:themeColor="text1"/>
                <w:sz w:val="28"/>
                <w:szCs w:val="28"/>
                <w:rtl/>
              </w:rPr>
              <w:t xml:space="preserve"> تصم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8"/>
                <w:szCs w:val="28"/>
                <w:rtl/>
              </w:rPr>
              <w:t>یم</w:t>
            </w:r>
            <w:r w:rsidRPr="00570387">
              <w:rPr>
                <w:rFonts w:asciiTheme="majorBidi" w:hAnsiTheme="majorBidi" w:cs="B Nazanin"/>
                <w:color w:val="000000" w:themeColor="text1"/>
                <w:sz w:val="28"/>
                <w:szCs w:val="28"/>
                <w:rtl/>
              </w:rPr>
              <w:t xml:space="preserve"> م</w:t>
            </w:r>
            <w:r w:rsidRPr="00570387">
              <w:rPr>
                <w:rFonts w:asciiTheme="majorBidi" w:hAnsiTheme="majorBidi" w:cs="B Nazanin" w:hint="cs"/>
                <w:color w:val="000000" w:themeColor="text1"/>
                <w:sz w:val="28"/>
                <w:szCs w:val="28"/>
                <w:rtl/>
              </w:rPr>
              <w:t>ی‌گیرم</w:t>
            </w:r>
            <w:r w:rsidRPr="00570387">
              <w:rPr>
                <w:rFonts w:asciiTheme="majorBidi" w:hAnsiTheme="majorBidi" w:cs="B Nazanin"/>
                <w:color w:val="000000" w:themeColor="text1"/>
                <w:sz w:val="28"/>
                <w:szCs w:val="28"/>
              </w:rPr>
              <w:t xml:space="preserve">   </w:t>
            </w:r>
          </w:p>
          <w:p w14:paraId="2F8CEAAD" w14:textId="39AF3910" w:rsidR="00570387" w:rsidRPr="00570387" w:rsidRDefault="00570387" w:rsidP="00570387">
            <w:pPr>
              <w:bidi/>
              <w:spacing w:after="60"/>
              <w:ind w:left="-360" w:firstLine="72"/>
              <w:rPr>
                <w:rFonts w:asciiTheme="majorBidi" w:hAnsiTheme="majorBidi" w:cs="B Nazanin"/>
                <w:color w:val="000000" w:themeColor="text1"/>
                <w:sz w:val="28"/>
                <w:szCs w:val="28"/>
                <w:rtl/>
              </w:rPr>
            </w:pPr>
          </w:p>
          <w:p w14:paraId="6B43C695" w14:textId="02B6B819" w:rsidR="00913608" w:rsidRPr="00570387" w:rsidRDefault="00913608" w:rsidP="00570387">
            <w:pPr>
              <w:pStyle w:val="ListParagraph"/>
              <w:numPr>
                <w:ilvl w:val="0"/>
                <w:numId w:val="16"/>
              </w:numPr>
              <w:bidi/>
              <w:spacing w:after="60"/>
              <w:ind w:left="360"/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در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صورت تما</w:t>
            </w: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یل،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نوع مسئول</w:t>
            </w: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یت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مورد علاقه</w:t>
            </w:r>
            <w:r w:rsidR="00570387"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:</w:t>
            </w:r>
          </w:p>
          <w:p w14:paraId="2EA4F27F" w14:textId="77777777" w:rsidR="00570387" w:rsidRPr="00913608" w:rsidRDefault="00570387" w:rsidP="00570387">
            <w:pPr>
              <w:bidi/>
              <w:spacing w:after="60"/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</w:p>
          <w:p w14:paraId="5ADC1A9D" w14:textId="77777777" w:rsidR="00913608" w:rsidRPr="00570387" w:rsidRDefault="00913608" w:rsidP="00570387">
            <w:pPr>
              <w:pStyle w:val="ListParagraph"/>
              <w:numPr>
                <w:ilvl w:val="0"/>
                <w:numId w:val="16"/>
              </w:numPr>
              <w:bidi/>
              <w:spacing w:after="60"/>
              <w:ind w:left="360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توضیحات</w:t>
            </w:r>
            <w:r w:rsidRPr="00570387">
              <w:rPr>
                <w:rFonts w:asciiTheme="majorBidi" w:hAnsiTheme="majorBidi" w:cs="B Nazanin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تکم</w:t>
            </w:r>
            <w:r w:rsidRPr="00570387">
              <w:rPr>
                <w:rFonts w:asciiTheme="majorBidi" w:hAnsiTheme="majorBidi" w:cs="B Nazanin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یلی:</w:t>
            </w:r>
            <w:r w:rsidRPr="00570387">
              <w:rPr>
                <w:rFonts w:asciiTheme="majorBidi" w:hAnsiTheme="majorBidi" w:cs="B Nazanin"/>
                <w:sz w:val="28"/>
                <w:szCs w:val="28"/>
                <w:rtl/>
              </w:rPr>
              <w:t xml:space="preserve"> </w:t>
            </w:r>
          </w:p>
          <w:p w14:paraId="1AB8C0C3" w14:textId="77777777" w:rsidR="00570387" w:rsidRDefault="00570387" w:rsidP="00570387">
            <w:pPr>
              <w:bidi/>
              <w:spacing w:after="60"/>
              <w:rPr>
                <w:rFonts w:asciiTheme="majorBidi" w:hAnsiTheme="majorBidi" w:cs="B Nazanin"/>
                <w:sz w:val="28"/>
                <w:szCs w:val="28"/>
                <w:rtl/>
              </w:rPr>
            </w:pPr>
          </w:p>
          <w:p w14:paraId="2F7C54FC" w14:textId="77777777" w:rsidR="00570387" w:rsidRDefault="00570387" w:rsidP="00570387">
            <w:pPr>
              <w:bidi/>
              <w:spacing w:after="60"/>
              <w:rPr>
                <w:rFonts w:asciiTheme="majorBidi" w:hAnsiTheme="majorBidi" w:cs="B Nazanin"/>
                <w:rtl/>
              </w:rPr>
            </w:pPr>
          </w:p>
          <w:p w14:paraId="5BD6C83D" w14:textId="29FA77D1" w:rsidR="00570387" w:rsidRPr="00913608" w:rsidRDefault="00570387" w:rsidP="00570387">
            <w:pPr>
              <w:bidi/>
              <w:spacing w:after="60"/>
              <w:rPr>
                <w:rFonts w:asciiTheme="majorBidi" w:hAnsiTheme="majorBidi" w:cs="B Nazanin"/>
              </w:rPr>
            </w:pPr>
          </w:p>
        </w:tc>
      </w:tr>
    </w:tbl>
    <w:p w14:paraId="0F6506F9" w14:textId="77777777" w:rsidR="00C51C5E" w:rsidRPr="00570387" w:rsidRDefault="00C51C5E" w:rsidP="00570387">
      <w:pPr>
        <w:bidi/>
        <w:rPr>
          <w:rFonts w:asciiTheme="majorBidi" w:hAnsiTheme="majorBidi" w:cs="B Nazanin"/>
          <w:color w:val="000000" w:themeColor="text1"/>
          <w:sz w:val="28"/>
          <w:szCs w:val="28"/>
        </w:rPr>
      </w:pPr>
    </w:p>
    <w:p w14:paraId="32AE3535" w14:textId="23B7C778" w:rsidR="00C51C5E" w:rsidRDefault="00570387" w:rsidP="00F214D4">
      <w:pPr>
        <w:bidi/>
        <w:spacing w:after="0"/>
        <w:jc w:val="both"/>
        <w:rPr>
          <w:rFonts w:asciiTheme="majorBidi" w:hAnsiTheme="majorBidi" w:cs="B Nazanin"/>
          <w:color w:val="000000" w:themeColor="text1"/>
          <w:sz w:val="28"/>
          <w:szCs w:val="28"/>
          <w:rtl/>
        </w:rPr>
      </w:pPr>
      <w:r w:rsidRPr="00570387">
        <w:rPr>
          <w:rFonts w:asciiTheme="majorBidi" w:hAnsiTheme="majorBidi" w:cs="B Nazanin"/>
          <w:color w:val="000000" w:themeColor="text1"/>
          <w:sz w:val="28"/>
          <w:szCs w:val="28"/>
          <w:rtl/>
        </w:rPr>
        <w:t>اینجانب</w:t>
      </w:r>
      <w:r>
        <w:rPr>
          <w:rFonts w:asciiTheme="majorBidi" w:hAnsiTheme="majorBidi" w:cs="B Nazanin" w:hint="cs"/>
          <w:color w:val="000000" w:themeColor="text1"/>
          <w:sz w:val="28"/>
          <w:szCs w:val="28"/>
          <w:rtl/>
        </w:rPr>
        <w:t xml:space="preserve"> .............................................</w:t>
      </w:r>
      <w:r w:rsidRPr="00570387">
        <w:rPr>
          <w:rFonts w:asciiTheme="majorBidi" w:hAnsiTheme="majorBidi" w:cs="B Nazanin"/>
          <w:color w:val="000000" w:themeColor="text1"/>
          <w:sz w:val="28"/>
          <w:szCs w:val="28"/>
          <w:rtl/>
        </w:rPr>
        <w:t xml:space="preserve"> تایید می‌کنم اطلاعات واردشده صحیح است و اجازه می‌دهم کمیته زنان</w:t>
      </w:r>
      <w:r w:rsidR="00D539DA">
        <w:rPr>
          <w:rFonts w:asciiTheme="majorBidi" w:hAnsiTheme="majorBidi" w:cs="B Nazanin" w:hint="cs"/>
          <w:color w:val="000000" w:themeColor="text1"/>
          <w:sz w:val="28"/>
          <w:szCs w:val="28"/>
          <w:rtl/>
        </w:rPr>
        <w:t xml:space="preserve"> در</w:t>
      </w:r>
      <w:r w:rsidRPr="00570387">
        <w:rPr>
          <w:rFonts w:asciiTheme="majorBidi" w:hAnsiTheme="majorBidi" w:cs="B Nazanin"/>
          <w:color w:val="000000" w:themeColor="text1"/>
          <w:sz w:val="28"/>
          <w:szCs w:val="28"/>
          <w:rtl/>
        </w:rPr>
        <w:t xml:space="preserve"> مهندس</w:t>
      </w:r>
      <w:r w:rsidR="00D539DA">
        <w:rPr>
          <w:rFonts w:asciiTheme="majorBidi" w:hAnsiTheme="majorBidi" w:cs="B Nazanin" w:hint="cs"/>
          <w:color w:val="000000" w:themeColor="text1"/>
          <w:sz w:val="28"/>
          <w:szCs w:val="28"/>
          <w:rtl/>
        </w:rPr>
        <w:t>ی</w:t>
      </w:r>
      <w:r w:rsidRPr="00570387">
        <w:rPr>
          <w:rFonts w:asciiTheme="majorBidi" w:hAnsiTheme="majorBidi" w:cs="B Nazanin"/>
          <w:color w:val="000000" w:themeColor="text1"/>
          <w:sz w:val="28"/>
          <w:szCs w:val="28"/>
        </w:rPr>
        <w:t xml:space="preserve"> </w:t>
      </w:r>
      <w:r w:rsidRPr="00570387">
        <w:rPr>
          <w:rFonts w:asciiTheme="majorBidi" w:hAnsiTheme="majorBidi" w:cs="B Nazanin"/>
          <w:color w:val="000000" w:themeColor="text1"/>
          <w:sz w:val="28"/>
          <w:szCs w:val="28"/>
          <w:rtl/>
        </w:rPr>
        <w:t>برای همکاری داوطلبانه و اطلاع‌رسانی برنامه‌های مرتبط با من تماس بگیرد</w:t>
      </w:r>
      <w:r w:rsidRPr="00570387">
        <w:rPr>
          <w:rFonts w:asciiTheme="majorBidi" w:hAnsiTheme="majorBidi" w:cs="B Nazanin"/>
          <w:color w:val="000000" w:themeColor="text1"/>
          <w:sz w:val="28"/>
          <w:szCs w:val="28"/>
        </w:rPr>
        <w:t>.</w:t>
      </w:r>
    </w:p>
    <w:p w14:paraId="483F074B" w14:textId="33B42080" w:rsidR="006E6D15" w:rsidRPr="00F214D4" w:rsidRDefault="00D539DA" w:rsidP="00F214D4">
      <w:pPr>
        <w:bidi/>
        <w:jc w:val="right"/>
        <w:rPr>
          <w:rFonts w:asciiTheme="majorBidi" w:hAnsiTheme="majorBidi" w:cs="B Nazanin"/>
          <w:color w:val="000000" w:themeColor="text1"/>
          <w:sz w:val="28"/>
          <w:szCs w:val="28"/>
        </w:rPr>
      </w:pPr>
      <w:r>
        <w:rPr>
          <w:rFonts w:asciiTheme="majorBidi" w:hAnsiTheme="majorBidi" w:cs="B Nazanin" w:hint="cs"/>
          <w:color w:val="000000" w:themeColor="text1"/>
          <w:sz w:val="28"/>
          <w:szCs w:val="28"/>
          <w:rtl/>
        </w:rPr>
        <w:t>امضای داوطلب</w:t>
      </w:r>
      <w:r>
        <w:rPr>
          <w:rFonts w:asciiTheme="majorBidi" w:hAnsiTheme="majorBidi" w:cs="B Nazanin"/>
          <w:color w:val="000000" w:themeColor="text1"/>
          <w:sz w:val="28"/>
          <w:szCs w:val="28"/>
          <w:rtl/>
        </w:rPr>
        <w:tab/>
      </w:r>
      <w:r>
        <w:rPr>
          <w:rFonts w:asciiTheme="majorBidi" w:hAnsiTheme="majorBidi" w:cs="B Nazanin"/>
          <w:color w:val="000000" w:themeColor="text1"/>
          <w:sz w:val="28"/>
          <w:szCs w:val="28"/>
          <w:rtl/>
        </w:rPr>
        <w:tab/>
      </w:r>
    </w:p>
    <w:sectPr w:rsidR="006E6D15" w:rsidRPr="00F214D4" w:rsidSect="001F1F3A">
      <w:headerReference w:type="default" r:id="rId10"/>
      <w:pgSz w:w="11906" w:h="16838"/>
      <w:pgMar w:top="907" w:right="1020" w:bottom="907" w:left="1020" w:header="567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EC41FE" w14:textId="77777777" w:rsidR="00D106C3" w:rsidRDefault="00D106C3">
      <w:pPr>
        <w:spacing w:after="0" w:line="240" w:lineRule="auto"/>
      </w:pPr>
      <w:r>
        <w:separator/>
      </w:r>
    </w:p>
  </w:endnote>
  <w:endnote w:type="continuationSeparator" w:id="0">
    <w:p w14:paraId="26D89AE2" w14:textId="77777777" w:rsidR="00D106C3" w:rsidRDefault="00D1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CBF9B" w14:textId="77777777" w:rsidR="001F1F3A" w:rsidRDefault="001F1F3A" w:rsidP="001F1F3A">
    <w:pPr>
      <w:spacing w:after="160"/>
      <w:jc w:val="center"/>
      <w:rPr>
        <w:rFonts w:asciiTheme="majorBidi" w:hAnsiTheme="majorBidi" w:cstheme="majorBidi"/>
        <w:color w:val="403152" w:themeColor="accent4" w:themeShade="80"/>
        <w:sz w:val="20"/>
        <w:szCs w:val="20"/>
        <w:rtl/>
      </w:rPr>
    </w:pPr>
  </w:p>
  <w:p w14:paraId="69F6B307" w14:textId="69606342" w:rsidR="001F1F3A" w:rsidRPr="001F1F3A" w:rsidRDefault="00000000" w:rsidP="001F1F3A">
    <w:pPr>
      <w:spacing w:after="160"/>
      <w:jc w:val="center"/>
      <w:rPr>
        <w:rFonts w:asciiTheme="majorBidi" w:hAnsiTheme="majorBidi" w:cs="B Nazanin"/>
        <w:sz w:val="20"/>
        <w:szCs w:val="20"/>
      </w:rPr>
    </w:pPr>
    <w:r w:rsidRPr="001F1F3A">
      <w:rPr>
        <w:rFonts w:asciiTheme="majorBidi" w:hAnsiTheme="majorBidi" w:cstheme="majorBidi"/>
        <w:color w:val="403152" w:themeColor="accent4" w:themeShade="80"/>
        <w:sz w:val="20"/>
        <w:szCs w:val="20"/>
      </w:rPr>
      <w:t>IEEE Iran Section - Women in Engineering Committee</w:t>
    </w:r>
    <w:r w:rsidR="001F1F3A">
      <w:rPr>
        <w:rFonts w:asciiTheme="majorBidi" w:hAnsiTheme="majorBidi" w:cstheme="majorBidi" w:hint="cs"/>
        <w:color w:val="403152" w:themeColor="accent4" w:themeShade="80"/>
        <w:sz w:val="20"/>
        <w:szCs w:val="20"/>
        <w:rtl/>
      </w:rPr>
      <w:t xml:space="preserve"> </w:t>
    </w:r>
    <w:r w:rsidR="001F1F3A" w:rsidRPr="001F1F3A">
      <w:rPr>
        <w:rFonts w:asciiTheme="majorBidi" w:hAnsiTheme="majorBidi" w:cs="B Nazanin"/>
        <w:sz w:val="20"/>
        <w:szCs w:val="20"/>
      </w:rPr>
      <w:t>(WIE)</w:t>
    </w:r>
  </w:p>
  <w:p w14:paraId="16B2F3F2" w14:textId="383EF6F9" w:rsidR="00C51C5E" w:rsidRPr="001F1F3A" w:rsidRDefault="00C51C5E">
    <w:pPr>
      <w:pStyle w:val="Footer"/>
      <w:bidi/>
      <w:spacing w:line="276" w:lineRule="auto"/>
      <w:jc w:val="center"/>
      <w:rPr>
        <w:rFonts w:asciiTheme="majorBidi" w:hAnsiTheme="majorBidi" w:cstheme="majorBidi"/>
        <w:color w:val="403152" w:themeColor="accent4" w:themeShade="80"/>
        <w:sz w:val="22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36B37" w14:textId="77777777" w:rsidR="00D106C3" w:rsidRDefault="00D106C3">
      <w:pPr>
        <w:spacing w:after="0" w:line="240" w:lineRule="auto"/>
      </w:pPr>
      <w:r>
        <w:separator/>
      </w:r>
    </w:p>
  </w:footnote>
  <w:footnote w:type="continuationSeparator" w:id="0">
    <w:p w14:paraId="7DE12110" w14:textId="77777777" w:rsidR="00D106C3" w:rsidRDefault="00D10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6D778" w14:textId="28369D64" w:rsidR="001F1F3A" w:rsidRDefault="001F1F3A">
    <w:pPr>
      <w:pStyle w:val="Header"/>
    </w:pPr>
    <w:r w:rsidRPr="00CD601B">
      <w:rPr>
        <w:rFonts w:cs="Arial"/>
        <w:noProof/>
        <w:rtl/>
        <w:lang w:bidi="fa-IR"/>
      </w:rPr>
      <w:drawing>
        <wp:anchor distT="0" distB="0" distL="114300" distR="114300" simplePos="0" relativeHeight="251660288" behindDoc="0" locked="0" layoutInCell="1" allowOverlap="1" wp14:anchorId="51487D18" wp14:editId="41333778">
          <wp:simplePos x="0" y="0"/>
          <wp:positionH relativeFrom="column">
            <wp:posOffset>-320040</wp:posOffset>
          </wp:positionH>
          <wp:positionV relativeFrom="paragraph">
            <wp:posOffset>449580</wp:posOffset>
          </wp:positionV>
          <wp:extent cx="996315" cy="488950"/>
          <wp:effectExtent l="0" t="0" r="0" b="6350"/>
          <wp:wrapThrough wrapText="bothSides">
            <wp:wrapPolygon edited="0">
              <wp:start x="0" y="0"/>
              <wp:lineTo x="0" y="21039"/>
              <wp:lineTo x="21063" y="21039"/>
              <wp:lineTo x="21063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8946"/>
                  <a:stretch/>
                </pic:blipFill>
                <pic:spPr bwMode="auto">
                  <a:xfrm>
                    <a:off x="0" y="0"/>
                    <a:ext cx="996315" cy="488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CD601B">
      <w:rPr>
        <w:rFonts w:cs="Arial"/>
        <w:noProof/>
        <w:rtl/>
        <w:lang w:bidi="fa-IR"/>
      </w:rPr>
      <w:drawing>
        <wp:anchor distT="0" distB="0" distL="114300" distR="114300" simplePos="0" relativeHeight="251657216" behindDoc="0" locked="0" layoutInCell="1" allowOverlap="1" wp14:anchorId="207CFC78" wp14:editId="31878F2E">
          <wp:simplePos x="0" y="0"/>
          <wp:positionH relativeFrom="column">
            <wp:posOffset>5562600</wp:posOffset>
          </wp:positionH>
          <wp:positionV relativeFrom="paragraph">
            <wp:posOffset>211455</wp:posOffset>
          </wp:positionV>
          <wp:extent cx="996315" cy="727075"/>
          <wp:effectExtent l="0" t="0" r="0" b="0"/>
          <wp:wrapThrough wrapText="bothSides">
            <wp:wrapPolygon edited="0">
              <wp:start x="0" y="0"/>
              <wp:lineTo x="0" y="20940"/>
              <wp:lineTo x="21063" y="20940"/>
              <wp:lineTo x="21063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921"/>
                  <a:stretch/>
                </pic:blipFill>
                <pic:spPr bwMode="auto">
                  <a:xfrm>
                    <a:off x="0" y="0"/>
                    <a:ext cx="996315" cy="727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7D24A" w14:textId="1E2B47F9" w:rsidR="001F1F3A" w:rsidRPr="001F1F3A" w:rsidRDefault="001F1F3A" w:rsidP="001F1F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876D25"/>
    <w:multiLevelType w:val="hybridMultilevel"/>
    <w:tmpl w:val="D730D8D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9AB2218"/>
    <w:multiLevelType w:val="hybridMultilevel"/>
    <w:tmpl w:val="9850A54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pacing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03305E"/>
    <w:multiLevelType w:val="hybridMultilevel"/>
    <w:tmpl w:val="E91689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pacing w:val="3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083135"/>
    <w:multiLevelType w:val="hybridMultilevel"/>
    <w:tmpl w:val="F63CE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30AD9"/>
    <w:multiLevelType w:val="hybridMultilevel"/>
    <w:tmpl w:val="E97024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pacing w:val="3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217B0"/>
    <w:multiLevelType w:val="hybridMultilevel"/>
    <w:tmpl w:val="D968FE42"/>
    <w:lvl w:ilvl="0" w:tplc="E3803568">
      <w:start w:val="1"/>
      <w:numFmt w:val="decimal"/>
      <w:lvlText w:val="%1."/>
      <w:lvlJc w:val="left"/>
      <w:pPr>
        <w:ind w:left="720" w:hanging="360"/>
      </w:pPr>
      <w:rPr>
        <w:rFonts w:hint="default"/>
        <w:spacing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508C2"/>
    <w:multiLevelType w:val="hybridMultilevel"/>
    <w:tmpl w:val="50A88D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E5958"/>
    <w:multiLevelType w:val="hybridMultilevel"/>
    <w:tmpl w:val="9182CBA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63717C"/>
    <w:multiLevelType w:val="hybridMultilevel"/>
    <w:tmpl w:val="641AAD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245D02"/>
    <w:multiLevelType w:val="hybridMultilevel"/>
    <w:tmpl w:val="706095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pacing w:val="3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808525">
    <w:abstractNumId w:val="8"/>
  </w:num>
  <w:num w:numId="2" w16cid:durableId="964776958">
    <w:abstractNumId w:val="6"/>
  </w:num>
  <w:num w:numId="3" w16cid:durableId="1367216631">
    <w:abstractNumId w:val="5"/>
  </w:num>
  <w:num w:numId="4" w16cid:durableId="640232205">
    <w:abstractNumId w:val="4"/>
  </w:num>
  <w:num w:numId="5" w16cid:durableId="1500147564">
    <w:abstractNumId w:val="7"/>
  </w:num>
  <w:num w:numId="6" w16cid:durableId="1305501753">
    <w:abstractNumId w:val="3"/>
  </w:num>
  <w:num w:numId="7" w16cid:durableId="138425882">
    <w:abstractNumId w:val="2"/>
  </w:num>
  <w:num w:numId="8" w16cid:durableId="1166751956">
    <w:abstractNumId w:val="1"/>
  </w:num>
  <w:num w:numId="9" w16cid:durableId="1755514831">
    <w:abstractNumId w:val="0"/>
  </w:num>
  <w:num w:numId="10" w16cid:durableId="1782534964">
    <w:abstractNumId w:val="14"/>
  </w:num>
  <w:num w:numId="11" w16cid:durableId="832528512">
    <w:abstractNumId w:val="10"/>
  </w:num>
  <w:num w:numId="12" w16cid:durableId="1774982269">
    <w:abstractNumId w:val="18"/>
  </w:num>
  <w:num w:numId="13" w16cid:durableId="1243299796">
    <w:abstractNumId w:val="13"/>
  </w:num>
  <w:num w:numId="14" w16cid:durableId="1392270678">
    <w:abstractNumId w:val="11"/>
  </w:num>
  <w:num w:numId="15" w16cid:durableId="1593124841">
    <w:abstractNumId w:val="16"/>
  </w:num>
  <w:num w:numId="16" w16cid:durableId="1577544682">
    <w:abstractNumId w:val="15"/>
  </w:num>
  <w:num w:numId="17" w16cid:durableId="709113389">
    <w:abstractNumId w:val="12"/>
  </w:num>
  <w:num w:numId="18" w16cid:durableId="2044136379">
    <w:abstractNumId w:val="17"/>
  </w:num>
  <w:num w:numId="19" w16cid:durableId="11260482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56FF"/>
    <w:rsid w:val="0012713D"/>
    <w:rsid w:val="0015074B"/>
    <w:rsid w:val="001E0E77"/>
    <w:rsid w:val="001F1F3A"/>
    <w:rsid w:val="0029639D"/>
    <w:rsid w:val="002A374E"/>
    <w:rsid w:val="00326F90"/>
    <w:rsid w:val="00443F80"/>
    <w:rsid w:val="004F30BD"/>
    <w:rsid w:val="00570387"/>
    <w:rsid w:val="0059551B"/>
    <w:rsid w:val="006364AB"/>
    <w:rsid w:val="006C259F"/>
    <w:rsid w:val="006C3FCC"/>
    <w:rsid w:val="006E6D15"/>
    <w:rsid w:val="007875E2"/>
    <w:rsid w:val="007C37DB"/>
    <w:rsid w:val="00833A2E"/>
    <w:rsid w:val="00857DDB"/>
    <w:rsid w:val="008931C9"/>
    <w:rsid w:val="008C4131"/>
    <w:rsid w:val="0091127C"/>
    <w:rsid w:val="00913608"/>
    <w:rsid w:val="009B7A33"/>
    <w:rsid w:val="00AA1D8D"/>
    <w:rsid w:val="00B47730"/>
    <w:rsid w:val="00C51C5E"/>
    <w:rsid w:val="00CB0664"/>
    <w:rsid w:val="00CF261D"/>
    <w:rsid w:val="00D106C3"/>
    <w:rsid w:val="00D539DA"/>
    <w:rsid w:val="00DA2784"/>
    <w:rsid w:val="00EC1332"/>
    <w:rsid w:val="00F214D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/"/>
  <w:listSeparator w:val="؛"/>
  <w14:docId w14:val="708530C9"/>
  <w14:defaultImageDpi w14:val="300"/>
  <w15:docId w15:val="{7E71A546-E121-439A-9992-64AB15A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608"/>
    <w:rPr>
      <w:rFonts w:ascii="DejaVu Sans" w:hAnsi="DejaVu Sans" w:cs="DejaVu San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47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Mehrshad Saeedi</cp:lastModifiedBy>
  <cp:revision>19</cp:revision>
  <dcterms:created xsi:type="dcterms:W3CDTF">2013-12-23T23:15:00Z</dcterms:created>
  <dcterms:modified xsi:type="dcterms:W3CDTF">2026-08-04T17:26:00Z</dcterms:modified>
  <cp:category/>
</cp:coreProperties>
</file>